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FE14C" w14:textId="77777777" w:rsidR="00840588" w:rsidRDefault="00000000">
      <w:pPr>
        <w:pStyle w:val="Ttulo"/>
        <w:jc w:val="center"/>
      </w:pPr>
      <w:r>
        <w:t>FIȘĂ DESCRIPTIVĂ A JOCULUI</w:t>
      </w:r>
    </w:p>
    <w:p w14:paraId="0B12E3AC" w14:textId="77777777" w:rsidR="00840588" w:rsidRDefault="00000000">
      <w:pPr>
        <w:spacing w:before="40" w:after="160"/>
        <w:jc w:val="center"/>
      </w:pPr>
      <w:r>
        <w:rPr>
          <w:b/>
          <w:color w:val="3F6860"/>
          <w:sz w:val="32"/>
        </w:rPr>
        <w:t>[SCRIEȚI AICI NUMELE JOCULUI]</w:t>
      </w:r>
      <w:r>
        <w:rPr>
          <w:i/>
          <w:color w:val="91562B"/>
          <w:sz w:val="18"/>
        </w:rPr>
        <w:br/>
        <w:t>INDICAȚIE DE COMPLETARE – SE ȘTERGE: înlocuiți textul dintre paranteze cu denumirea exactă a jocului.</w:t>
      </w:r>
    </w:p>
    <w:p w14:paraId="475FBA48" w14:textId="77777777" w:rsidR="00840588" w:rsidRDefault="00000000">
      <w:pPr>
        <w:spacing w:before="200" w:after="40"/>
        <w:jc w:val="right"/>
      </w:pPr>
      <w:proofErr w:type="spellStart"/>
      <w:r>
        <w:rPr>
          <w:b/>
          <w:sz w:val="22"/>
        </w:rPr>
        <w:t>Profesor</w:t>
      </w:r>
      <w:proofErr w:type="spellEnd"/>
      <w:r>
        <w:rPr>
          <w:b/>
          <w:sz w:val="22"/>
        </w:rPr>
        <w:t xml:space="preserve">: </w:t>
      </w:r>
      <w:r>
        <w:rPr>
          <w:i/>
          <w:color w:val="91562B"/>
          <w:sz w:val="20"/>
        </w:rPr>
        <w:t>[</w:t>
      </w:r>
      <w:proofErr w:type="spellStart"/>
      <w:r>
        <w:rPr>
          <w:i/>
          <w:color w:val="91562B"/>
          <w:sz w:val="20"/>
        </w:rPr>
        <w:t>scrieți</w:t>
      </w:r>
      <w:proofErr w:type="spellEnd"/>
      <w:r>
        <w:rPr>
          <w:i/>
          <w:color w:val="91562B"/>
          <w:sz w:val="20"/>
        </w:rPr>
        <w:t xml:space="preserve"> </w:t>
      </w:r>
      <w:proofErr w:type="spellStart"/>
      <w:r>
        <w:rPr>
          <w:i/>
          <w:color w:val="91562B"/>
          <w:sz w:val="20"/>
        </w:rPr>
        <w:t>numele</w:t>
      </w:r>
      <w:proofErr w:type="spellEnd"/>
      <w:r>
        <w:rPr>
          <w:i/>
          <w:color w:val="91562B"/>
          <w:sz w:val="20"/>
        </w:rPr>
        <w:t xml:space="preserve"> </w:t>
      </w:r>
      <w:proofErr w:type="spellStart"/>
      <w:r>
        <w:rPr>
          <w:i/>
          <w:color w:val="91562B"/>
          <w:sz w:val="20"/>
        </w:rPr>
        <w:t>și</w:t>
      </w:r>
      <w:proofErr w:type="spellEnd"/>
      <w:r>
        <w:rPr>
          <w:i/>
          <w:color w:val="91562B"/>
          <w:sz w:val="20"/>
        </w:rPr>
        <w:t xml:space="preserve"> prenumele complet]</w:t>
      </w:r>
    </w:p>
    <w:p w14:paraId="3E7A2B48" w14:textId="77777777" w:rsidR="00840588" w:rsidRPr="008A1507" w:rsidRDefault="00000000">
      <w:pPr>
        <w:spacing w:after="160"/>
        <w:jc w:val="right"/>
        <w:rPr>
          <w:lang w:val="es-ES"/>
        </w:rPr>
      </w:pPr>
      <w:proofErr w:type="spellStart"/>
      <w:r w:rsidRPr="008A1507">
        <w:rPr>
          <w:b/>
          <w:sz w:val="22"/>
          <w:lang w:val="es-ES"/>
        </w:rPr>
        <w:t>Unitatea</w:t>
      </w:r>
      <w:proofErr w:type="spellEnd"/>
      <w:r w:rsidRPr="008A1507">
        <w:rPr>
          <w:b/>
          <w:sz w:val="22"/>
          <w:lang w:val="es-ES"/>
        </w:rPr>
        <w:t xml:space="preserve"> de </w:t>
      </w:r>
      <w:proofErr w:type="spellStart"/>
      <w:r w:rsidRPr="008A1507">
        <w:rPr>
          <w:b/>
          <w:sz w:val="22"/>
          <w:lang w:val="es-ES"/>
        </w:rPr>
        <w:t>învățământ</w:t>
      </w:r>
      <w:proofErr w:type="spellEnd"/>
      <w:r w:rsidRPr="008A1507">
        <w:rPr>
          <w:b/>
          <w:sz w:val="22"/>
          <w:lang w:val="es-ES"/>
        </w:rPr>
        <w:t xml:space="preserve">: </w:t>
      </w:r>
      <w:r w:rsidRPr="008A1507">
        <w:rPr>
          <w:i/>
          <w:color w:val="91562B"/>
          <w:sz w:val="20"/>
          <w:lang w:val="es-ES"/>
        </w:rPr>
        <w:t>[</w:t>
      </w:r>
      <w:proofErr w:type="spellStart"/>
      <w:r w:rsidRPr="008A1507">
        <w:rPr>
          <w:i/>
          <w:color w:val="91562B"/>
          <w:sz w:val="20"/>
          <w:lang w:val="es-ES"/>
        </w:rPr>
        <w:t>scrieți</w:t>
      </w:r>
      <w:proofErr w:type="spellEnd"/>
      <w:r w:rsidRPr="008A1507">
        <w:rPr>
          <w:i/>
          <w:color w:val="91562B"/>
          <w:sz w:val="20"/>
          <w:lang w:val="es-ES"/>
        </w:rPr>
        <w:t xml:space="preserve"> </w:t>
      </w:r>
      <w:proofErr w:type="spellStart"/>
      <w:r w:rsidRPr="008A1507">
        <w:rPr>
          <w:i/>
          <w:color w:val="91562B"/>
          <w:sz w:val="20"/>
          <w:lang w:val="es-ES"/>
        </w:rPr>
        <w:t>denumirea</w:t>
      </w:r>
      <w:proofErr w:type="spellEnd"/>
      <w:r w:rsidRPr="008A1507">
        <w:rPr>
          <w:i/>
          <w:color w:val="91562B"/>
          <w:sz w:val="20"/>
          <w:lang w:val="es-ES"/>
        </w:rPr>
        <w:t xml:space="preserve"> </w:t>
      </w:r>
      <w:proofErr w:type="spellStart"/>
      <w:r w:rsidRPr="008A1507">
        <w:rPr>
          <w:i/>
          <w:color w:val="91562B"/>
          <w:sz w:val="20"/>
          <w:lang w:val="es-ES"/>
        </w:rPr>
        <w:t>completă</w:t>
      </w:r>
      <w:proofErr w:type="spellEnd"/>
      <w:r w:rsidRPr="008A1507">
        <w:rPr>
          <w:i/>
          <w:color w:val="91562B"/>
          <w:sz w:val="20"/>
          <w:lang w:val="es-ES"/>
        </w:rPr>
        <w:t xml:space="preserve">, </w:t>
      </w:r>
      <w:proofErr w:type="spellStart"/>
      <w:r w:rsidRPr="008A1507">
        <w:rPr>
          <w:i/>
          <w:color w:val="91562B"/>
          <w:sz w:val="20"/>
          <w:lang w:val="es-ES"/>
        </w:rPr>
        <w:t>fără</w:t>
      </w:r>
      <w:proofErr w:type="spellEnd"/>
      <w:r w:rsidRPr="008A1507">
        <w:rPr>
          <w:i/>
          <w:color w:val="91562B"/>
          <w:sz w:val="20"/>
          <w:lang w:val="es-ES"/>
        </w:rPr>
        <w:t xml:space="preserve"> </w:t>
      </w:r>
      <w:proofErr w:type="spellStart"/>
      <w:r w:rsidRPr="008A1507">
        <w:rPr>
          <w:i/>
          <w:color w:val="91562B"/>
          <w:sz w:val="20"/>
          <w:lang w:val="es-ES"/>
        </w:rPr>
        <w:t>prescurtări</w:t>
      </w:r>
      <w:proofErr w:type="spellEnd"/>
      <w:r w:rsidRPr="008A1507">
        <w:rPr>
          <w:i/>
          <w:color w:val="91562B"/>
          <w:sz w:val="20"/>
          <w:lang w:val="es-ES"/>
        </w:rPr>
        <w:t xml:space="preserve"> </w:t>
      </w:r>
      <w:proofErr w:type="spellStart"/>
      <w:r w:rsidRPr="008A1507">
        <w:rPr>
          <w:i/>
          <w:color w:val="91562B"/>
          <w:sz w:val="20"/>
          <w:lang w:val="es-ES"/>
        </w:rPr>
        <w:t>neclare</w:t>
      </w:r>
      <w:proofErr w:type="spellEnd"/>
      <w:r w:rsidRPr="008A1507">
        <w:rPr>
          <w:i/>
          <w:color w:val="91562B"/>
          <w:sz w:val="20"/>
          <w:lang w:val="es-ES"/>
        </w:rPr>
        <w:t>]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41616EDB" w14:textId="77777777">
        <w:trPr>
          <w:jc w:val="center"/>
        </w:trPr>
        <w:tc>
          <w:tcPr>
            <w:tcW w:w="10200" w:type="dxa"/>
            <w:tcBorders>
              <w:top w:val="single" w:sz="10" w:space="0" w:color="D8B84A"/>
              <w:left w:val="single" w:sz="10" w:space="0" w:color="D8B84A"/>
              <w:bottom w:val="single" w:sz="10" w:space="0" w:color="D8B84A"/>
              <w:right w:val="single" w:sz="10" w:space="0" w:color="D8B84A"/>
            </w:tcBorders>
            <w:shd w:val="clear" w:color="auto" w:fill="FFF4C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FDB3BCD" w14:textId="77777777" w:rsidR="00840588" w:rsidRPr="008A1507" w:rsidRDefault="00000000">
            <w:pPr>
              <w:spacing w:after="120"/>
              <w:rPr>
                <w:lang w:val="es-ES"/>
              </w:rPr>
            </w:pPr>
            <w:r w:rsidRPr="008A1507">
              <w:rPr>
                <w:b/>
                <w:color w:val="AD4338"/>
                <w:sz w:val="24"/>
                <w:lang w:val="es-ES"/>
              </w:rPr>
              <w:t>ATENȚIE – CITIȚI ÎNAINTE DE COMPLETARE</w:t>
            </w:r>
          </w:p>
          <w:p w14:paraId="48920EB9" w14:textId="77777777" w:rsidR="00840588" w:rsidRPr="008A1507" w:rsidRDefault="00000000">
            <w:pPr>
              <w:rPr>
                <w:lang w:val="es-ES"/>
              </w:rPr>
            </w:pPr>
            <w:proofErr w:type="spellStart"/>
            <w:r w:rsidRPr="008A1507">
              <w:rPr>
                <w:lang w:val="es-ES"/>
              </w:rPr>
              <w:t>Acest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document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conține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indicații</w:t>
            </w:r>
            <w:proofErr w:type="spellEnd"/>
            <w:r w:rsidRPr="008A1507">
              <w:rPr>
                <w:lang w:val="es-ES"/>
              </w:rPr>
              <w:t xml:space="preserve"> de completare. </w:t>
            </w:r>
            <w:proofErr w:type="spellStart"/>
            <w:r w:rsidRPr="008A1507">
              <w:rPr>
                <w:lang w:val="es-ES"/>
              </w:rPr>
              <w:t>Toate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textele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marcate</w:t>
            </w:r>
            <w:proofErr w:type="spellEnd"/>
            <w:r w:rsidRPr="008A1507">
              <w:rPr>
                <w:lang w:val="es-ES"/>
              </w:rPr>
              <w:t xml:space="preserve"> „INDICAȚIE DE COMPLETARE – SE ȘTERGE”, </w:t>
            </w:r>
            <w:proofErr w:type="spellStart"/>
            <w:r w:rsidRPr="008A1507">
              <w:rPr>
                <w:lang w:val="es-ES"/>
              </w:rPr>
              <w:t>toate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exemplele</w:t>
            </w:r>
            <w:proofErr w:type="spellEnd"/>
            <w:r w:rsidRPr="008A1507">
              <w:rPr>
                <w:lang w:val="es-ES"/>
              </w:rPr>
              <w:t xml:space="preserve"> orientative, </w:t>
            </w:r>
            <w:proofErr w:type="spellStart"/>
            <w:r w:rsidRPr="008A1507">
              <w:rPr>
                <w:lang w:val="es-ES"/>
              </w:rPr>
              <w:t>toate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textele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dintre</w:t>
            </w:r>
            <w:proofErr w:type="spellEnd"/>
            <w:r w:rsidRPr="008A1507">
              <w:rPr>
                <w:lang w:val="es-ES"/>
              </w:rPr>
              <w:t xml:space="preserve"> [</w:t>
            </w:r>
            <w:proofErr w:type="spellStart"/>
            <w:r w:rsidRPr="008A1507">
              <w:rPr>
                <w:lang w:val="es-ES"/>
              </w:rPr>
              <w:t>paranteze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drepte</w:t>
            </w:r>
            <w:proofErr w:type="spellEnd"/>
            <w:r w:rsidRPr="008A1507">
              <w:rPr>
                <w:lang w:val="es-ES"/>
              </w:rPr>
              <w:t xml:space="preserve">] </w:t>
            </w:r>
            <w:proofErr w:type="spellStart"/>
            <w:r w:rsidRPr="008A1507">
              <w:rPr>
                <w:lang w:val="es-ES"/>
              </w:rPr>
              <w:t>și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toate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marcajele</w:t>
            </w:r>
            <w:proofErr w:type="spellEnd"/>
            <w:r w:rsidRPr="008A1507">
              <w:rPr>
                <w:lang w:val="es-ES"/>
              </w:rPr>
              <w:t xml:space="preserve"> „COMPLETAȚI AICI” </w:t>
            </w:r>
            <w:proofErr w:type="spellStart"/>
            <w:r w:rsidRPr="008A1507">
              <w:rPr>
                <w:lang w:val="es-ES"/>
              </w:rPr>
              <w:t>trebuie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eliminate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după</w:t>
            </w:r>
            <w:proofErr w:type="spellEnd"/>
            <w:r w:rsidRPr="008A1507">
              <w:rPr>
                <w:lang w:val="es-ES"/>
              </w:rPr>
              <w:t xml:space="preserve"> completare </w:t>
            </w:r>
            <w:proofErr w:type="spellStart"/>
            <w:r w:rsidRPr="008A1507">
              <w:rPr>
                <w:lang w:val="es-ES"/>
              </w:rPr>
              <w:t>și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înainte</w:t>
            </w:r>
            <w:proofErr w:type="spellEnd"/>
            <w:r w:rsidRPr="008A1507">
              <w:rPr>
                <w:lang w:val="es-ES"/>
              </w:rPr>
              <w:t xml:space="preserve"> de </w:t>
            </w:r>
            <w:proofErr w:type="spellStart"/>
            <w:r w:rsidRPr="008A1507">
              <w:rPr>
                <w:lang w:val="es-ES"/>
              </w:rPr>
              <w:t>încărcarea</w:t>
            </w:r>
            <w:proofErr w:type="spellEnd"/>
            <w:r w:rsidRPr="008A1507">
              <w:rPr>
                <w:lang w:val="es-ES"/>
              </w:rPr>
              <w:t xml:space="preserve"> </w:t>
            </w:r>
            <w:proofErr w:type="spellStart"/>
            <w:r w:rsidRPr="008A1507">
              <w:rPr>
                <w:lang w:val="es-ES"/>
              </w:rPr>
              <w:t>fișei</w:t>
            </w:r>
            <w:proofErr w:type="spellEnd"/>
            <w:r w:rsidRPr="008A1507">
              <w:rPr>
                <w:lang w:val="es-ES"/>
              </w:rPr>
              <w:t xml:space="preserve"> pe </w:t>
            </w:r>
            <w:proofErr w:type="spellStart"/>
            <w:r w:rsidRPr="008A1507">
              <w:rPr>
                <w:lang w:val="es-ES"/>
              </w:rPr>
              <w:t>platformă</w:t>
            </w:r>
            <w:proofErr w:type="spellEnd"/>
            <w:r w:rsidRPr="008A1507">
              <w:rPr>
                <w:lang w:val="es-ES"/>
              </w:rPr>
              <w:t>.</w:t>
            </w:r>
          </w:p>
          <w:p w14:paraId="264BB4BD" w14:textId="684C7D8C" w:rsidR="00840588" w:rsidRPr="008A1507" w:rsidRDefault="00000000">
            <w:pPr>
              <w:rPr>
                <w:lang w:val="es-ES"/>
              </w:rPr>
            </w:pPr>
            <w:proofErr w:type="spellStart"/>
            <w:r w:rsidRPr="008A1507">
              <w:rPr>
                <w:b/>
                <w:lang w:val="es-ES"/>
              </w:rPr>
              <w:t>În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versiunea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finală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trebuie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să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rămână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doar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titlurile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secțiunilor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și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informațiile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completate</w:t>
            </w:r>
            <w:proofErr w:type="spellEnd"/>
            <w:r w:rsidRPr="008A1507">
              <w:rPr>
                <w:b/>
                <w:lang w:val="es-ES"/>
              </w:rPr>
              <w:t xml:space="preserve"> de autor. </w:t>
            </w:r>
            <w:proofErr w:type="spellStart"/>
            <w:r w:rsidRPr="008A1507">
              <w:rPr>
                <w:b/>
                <w:lang w:val="es-ES"/>
              </w:rPr>
              <w:t>Ștergeți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și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această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casetă</w:t>
            </w:r>
            <w:proofErr w:type="spellEnd"/>
            <w:r w:rsidRPr="008A1507">
              <w:rPr>
                <w:b/>
                <w:lang w:val="es-ES"/>
              </w:rPr>
              <w:t xml:space="preserve"> de </w:t>
            </w:r>
            <w:proofErr w:type="spellStart"/>
            <w:r w:rsidRPr="008A1507">
              <w:rPr>
                <w:b/>
                <w:lang w:val="es-ES"/>
              </w:rPr>
              <w:t>instrucțiuni</w:t>
            </w:r>
            <w:proofErr w:type="spellEnd"/>
            <w:r w:rsidRPr="008A1507">
              <w:rPr>
                <w:b/>
                <w:lang w:val="es-ES"/>
              </w:rPr>
              <w:t xml:space="preserve"> </w:t>
            </w:r>
            <w:proofErr w:type="spellStart"/>
            <w:r w:rsidRPr="008A1507">
              <w:rPr>
                <w:b/>
                <w:lang w:val="es-ES"/>
              </w:rPr>
              <w:t>înainte</w:t>
            </w:r>
            <w:proofErr w:type="spellEnd"/>
            <w:r w:rsidRPr="008A1507">
              <w:rPr>
                <w:b/>
                <w:lang w:val="es-ES"/>
              </w:rPr>
              <w:t xml:space="preserve"> de </w:t>
            </w:r>
            <w:proofErr w:type="spellStart"/>
            <w:r w:rsidRPr="008A1507">
              <w:rPr>
                <w:b/>
                <w:lang w:val="es-ES"/>
              </w:rPr>
              <w:t>trimitere</w:t>
            </w:r>
            <w:proofErr w:type="spellEnd"/>
            <w:r w:rsidR="008A1507" w:rsidRPr="008A1507">
              <w:rPr>
                <w:b/>
                <w:lang w:val="es-ES"/>
              </w:rPr>
              <w:t xml:space="preserve">, </w:t>
            </w:r>
            <w:proofErr w:type="spellStart"/>
            <w:r w:rsidR="008A1507" w:rsidRPr="008A1507">
              <w:rPr>
                <w:b/>
                <w:lang w:val="es-ES"/>
              </w:rPr>
              <w:t>p</w:t>
            </w:r>
            <w:r w:rsidR="008A1507">
              <w:rPr>
                <w:b/>
                <w:lang w:val="es-ES"/>
              </w:rPr>
              <w:t>recum</w:t>
            </w:r>
            <w:proofErr w:type="spellEnd"/>
            <w:r w:rsidR="008A1507">
              <w:rPr>
                <w:b/>
                <w:lang w:val="es-ES"/>
              </w:rPr>
              <w:t xml:space="preserve"> </w:t>
            </w:r>
            <w:proofErr w:type="spellStart"/>
            <w:r w:rsidR="008A1507">
              <w:rPr>
                <w:b/>
                <w:lang w:val="es-ES"/>
              </w:rPr>
              <w:t>și</w:t>
            </w:r>
            <w:proofErr w:type="spellEnd"/>
            <w:r w:rsidR="008A1507">
              <w:rPr>
                <w:b/>
                <w:lang w:val="es-ES"/>
              </w:rPr>
              <w:t xml:space="preserve"> ultima </w:t>
            </w:r>
            <w:proofErr w:type="spellStart"/>
            <w:r w:rsidR="008A1507">
              <w:rPr>
                <w:b/>
                <w:lang w:val="es-ES"/>
              </w:rPr>
              <w:t>pagină</w:t>
            </w:r>
            <w:proofErr w:type="spellEnd"/>
            <w:r w:rsidR="008A1507">
              <w:rPr>
                <w:b/>
                <w:lang w:val="es-ES"/>
              </w:rPr>
              <w:t xml:space="preserve"> a </w:t>
            </w:r>
            <w:proofErr w:type="spellStart"/>
            <w:r w:rsidR="008A1507">
              <w:rPr>
                <w:b/>
                <w:lang w:val="es-ES"/>
              </w:rPr>
              <w:t>acestui</w:t>
            </w:r>
            <w:proofErr w:type="spellEnd"/>
            <w:r w:rsidR="008A1507">
              <w:rPr>
                <w:b/>
                <w:lang w:val="es-ES"/>
              </w:rPr>
              <w:t xml:space="preserve"> </w:t>
            </w:r>
            <w:proofErr w:type="spellStart"/>
            <w:r w:rsidR="008A1507">
              <w:rPr>
                <w:b/>
                <w:lang w:val="es-ES"/>
              </w:rPr>
              <w:t>document</w:t>
            </w:r>
            <w:proofErr w:type="spellEnd"/>
            <w:r w:rsidR="008A1507">
              <w:rPr>
                <w:b/>
                <w:lang w:val="es-ES"/>
              </w:rPr>
              <w:t>!</w:t>
            </w:r>
          </w:p>
        </w:tc>
      </w:tr>
    </w:tbl>
    <w:p w14:paraId="51E6AA3D" w14:textId="77777777" w:rsidR="00840588" w:rsidRPr="008A1507" w:rsidRDefault="00840588">
      <w:pPr>
        <w:rPr>
          <w:lang w:val="es-ES"/>
        </w:rPr>
      </w:pPr>
    </w:p>
    <w:p w14:paraId="191DC878" w14:textId="77777777" w:rsidR="00840588" w:rsidRDefault="00000000">
      <w:pPr>
        <w:pStyle w:val="Ttulo1"/>
      </w:pPr>
      <w:r>
        <w:t>I. Date generale</w:t>
      </w:r>
    </w:p>
    <w:p w14:paraId="26A0630F" w14:textId="77777777" w:rsidR="00840588" w:rsidRDefault="00000000">
      <w:pPr>
        <w:pStyle w:val="FieldLabel"/>
        <w:keepNext/>
      </w:pPr>
      <w:r>
        <w:t>Disciplina / Domeniul de activitate</w:t>
      </w:r>
    </w:p>
    <w:p w14:paraId="72050A84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Exemple</w:t>
      </w:r>
      <w:proofErr w:type="spellEnd"/>
      <w:r w:rsidRPr="008A1507">
        <w:rPr>
          <w:lang w:val="es-ES"/>
        </w:rPr>
        <w:t xml:space="preserve">: Limba </w:t>
      </w:r>
      <w:proofErr w:type="spellStart"/>
      <w:r w:rsidRPr="008A1507">
        <w:rPr>
          <w:lang w:val="es-ES"/>
        </w:rPr>
        <w:t>română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Matematică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Educație</w:t>
      </w:r>
      <w:proofErr w:type="spellEnd"/>
      <w:r w:rsidRPr="008A1507">
        <w:rPr>
          <w:lang w:val="es-ES"/>
        </w:rPr>
        <w:t xml:space="preserve"> socio-</w:t>
      </w:r>
      <w:proofErr w:type="spellStart"/>
      <w:r w:rsidRPr="008A1507">
        <w:rPr>
          <w:lang w:val="es-ES"/>
        </w:rPr>
        <w:t>emoțională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Activitate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integrată</w:t>
      </w:r>
      <w:proofErr w:type="spellEnd"/>
      <w:r w:rsidRPr="008A1507">
        <w:rPr>
          <w:lang w:val="es-ES"/>
        </w:rPr>
        <w:t xml:space="preserve"> etc.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06DD1F79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46716283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</w:p>
        </w:tc>
      </w:tr>
    </w:tbl>
    <w:p w14:paraId="6C0D1D4D" w14:textId="77777777" w:rsidR="00840588" w:rsidRPr="008A1507" w:rsidRDefault="00840588">
      <w:pPr>
        <w:spacing w:after="0"/>
        <w:rPr>
          <w:lang w:val="es-ES"/>
        </w:rPr>
      </w:pPr>
    </w:p>
    <w:p w14:paraId="4E2A0397" w14:textId="77777777" w:rsidR="00840588" w:rsidRPr="008A1507" w:rsidRDefault="00000000">
      <w:pPr>
        <w:pStyle w:val="FieldLabel"/>
        <w:keepNext/>
        <w:rPr>
          <w:lang w:val="es-ES"/>
        </w:rPr>
      </w:pPr>
      <w:r w:rsidRPr="008A1507">
        <w:rPr>
          <w:lang w:val="es-ES"/>
        </w:rPr>
        <w:t xml:space="preserve">Clasa / </w:t>
      </w:r>
      <w:proofErr w:type="spellStart"/>
      <w:r w:rsidRPr="008A1507">
        <w:rPr>
          <w:lang w:val="es-ES"/>
        </w:rPr>
        <w:t>Nivelul</w:t>
      </w:r>
      <w:proofErr w:type="spellEnd"/>
      <w:r w:rsidRPr="008A1507">
        <w:rPr>
          <w:lang w:val="es-ES"/>
        </w:rPr>
        <w:t xml:space="preserve"> de </w:t>
      </w:r>
      <w:proofErr w:type="spellStart"/>
      <w:r w:rsidRPr="008A1507">
        <w:rPr>
          <w:lang w:val="es-ES"/>
        </w:rPr>
        <w:t>vârstă</w:t>
      </w:r>
      <w:proofErr w:type="spellEnd"/>
    </w:p>
    <w:p w14:paraId="3CD891FF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Indicați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clasa</w:t>
      </w:r>
      <w:proofErr w:type="spellEnd"/>
      <w:r w:rsidRPr="008A1507">
        <w:rPr>
          <w:lang w:val="es-ES"/>
        </w:rPr>
        <w:t xml:space="preserve">, grupa </w:t>
      </w:r>
      <w:proofErr w:type="spellStart"/>
      <w:r w:rsidRPr="008A1507">
        <w:rPr>
          <w:lang w:val="es-ES"/>
        </w:rPr>
        <w:t>sau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intervalul</w:t>
      </w:r>
      <w:proofErr w:type="spellEnd"/>
      <w:r w:rsidRPr="008A1507">
        <w:rPr>
          <w:lang w:val="es-ES"/>
        </w:rPr>
        <w:t xml:space="preserve"> de </w:t>
      </w:r>
      <w:proofErr w:type="spellStart"/>
      <w:r w:rsidRPr="008A1507">
        <w:rPr>
          <w:lang w:val="es-ES"/>
        </w:rPr>
        <w:t>vârstă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care este </w:t>
      </w:r>
      <w:proofErr w:type="spellStart"/>
      <w:r w:rsidRPr="008A1507">
        <w:rPr>
          <w:lang w:val="es-ES"/>
        </w:rPr>
        <w:t>potrivit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jocul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66570331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5B65AAD1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</w:p>
        </w:tc>
      </w:tr>
    </w:tbl>
    <w:p w14:paraId="332264E4" w14:textId="77777777" w:rsidR="00840588" w:rsidRPr="008A1507" w:rsidRDefault="00840588">
      <w:pPr>
        <w:spacing w:after="0"/>
        <w:rPr>
          <w:lang w:val="es-ES"/>
        </w:rPr>
      </w:pPr>
    </w:p>
    <w:p w14:paraId="49853C7E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Tipul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resursei</w:t>
      </w:r>
      <w:proofErr w:type="spellEnd"/>
    </w:p>
    <w:p w14:paraId="176E9A6C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Păstrați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doar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varianta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sau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variantele</w:t>
      </w:r>
      <w:proofErr w:type="spellEnd"/>
      <w:r w:rsidRPr="008A1507">
        <w:rPr>
          <w:lang w:val="es-ES"/>
        </w:rPr>
        <w:t xml:space="preserve"> care </w:t>
      </w:r>
      <w:proofErr w:type="spellStart"/>
      <w:r w:rsidRPr="008A1507">
        <w:rPr>
          <w:lang w:val="es-ES"/>
        </w:rPr>
        <w:t>descriu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corect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jocul</w:t>
      </w:r>
      <w:proofErr w:type="spellEnd"/>
      <w:r w:rsidRPr="008A1507">
        <w:rPr>
          <w:lang w:val="es-ES"/>
        </w:rPr>
        <w:t xml:space="preserve">: </w:t>
      </w:r>
      <w:proofErr w:type="spellStart"/>
      <w:r w:rsidRPr="008A1507">
        <w:rPr>
          <w:lang w:val="es-ES"/>
        </w:rPr>
        <w:t>joc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tradițional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adaptat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joc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didactic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joc</w:t>
      </w:r>
      <w:proofErr w:type="spellEnd"/>
      <w:r w:rsidRPr="008A1507">
        <w:rPr>
          <w:lang w:val="es-ES"/>
        </w:rPr>
        <w:t xml:space="preserve"> digital / </w:t>
      </w:r>
      <w:proofErr w:type="spellStart"/>
      <w:r w:rsidRPr="008A1507">
        <w:rPr>
          <w:lang w:val="es-ES"/>
        </w:rPr>
        <w:t>joc</w:t>
      </w:r>
      <w:proofErr w:type="spellEnd"/>
      <w:r w:rsidRPr="008A1507">
        <w:rPr>
          <w:lang w:val="es-ES"/>
        </w:rPr>
        <w:t xml:space="preserve"> interdisciplinar / </w:t>
      </w:r>
      <w:proofErr w:type="spellStart"/>
      <w:r w:rsidRPr="008A1507">
        <w:rPr>
          <w:lang w:val="es-ES"/>
        </w:rPr>
        <w:t>joc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incluziune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alt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tip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33E8C2B3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0926E340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</w:p>
        </w:tc>
      </w:tr>
    </w:tbl>
    <w:p w14:paraId="03822C91" w14:textId="77777777" w:rsidR="00840588" w:rsidRPr="008A1507" w:rsidRDefault="00840588">
      <w:pPr>
        <w:spacing w:after="0"/>
        <w:rPr>
          <w:lang w:val="es-ES"/>
        </w:rPr>
      </w:pPr>
    </w:p>
    <w:p w14:paraId="33F45A7E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Formatul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jocului</w:t>
      </w:r>
      <w:proofErr w:type="spellEnd"/>
    </w:p>
    <w:p w14:paraId="404066DF" w14:textId="77777777" w:rsidR="00840588" w:rsidRDefault="00000000">
      <w:pPr>
        <w:pStyle w:val="Instruction"/>
        <w:keepNext/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Exemple</w:t>
      </w:r>
      <w:proofErr w:type="spellEnd"/>
      <w:r w:rsidRPr="008A1507">
        <w:rPr>
          <w:lang w:val="es-ES"/>
        </w:rPr>
        <w:t xml:space="preserve">: </w:t>
      </w:r>
      <w:proofErr w:type="spellStart"/>
      <w:r w:rsidRPr="008A1507">
        <w:rPr>
          <w:lang w:val="es-ES"/>
        </w:rPr>
        <w:t>joc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aer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liber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joc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clasă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joc</w:t>
      </w:r>
      <w:proofErr w:type="spellEnd"/>
      <w:r w:rsidRPr="008A1507">
        <w:rPr>
          <w:lang w:val="es-ES"/>
        </w:rPr>
        <w:t xml:space="preserve"> online / </w:t>
      </w:r>
      <w:proofErr w:type="gramStart"/>
      <w:r w:rsidRPr="008A1507">
        <w:rPr>
          <w:lang w:val="es-ES"/>
        </w:rPr>
        <w:t>link</w:t>
      </w:r>
      <w:proofErr w:type="gramEnd"/>
      <w:r w:rsidRPr="008A1507">
        <w:rPr>
          <w:lang w:val="es-ES"/>
        </w:rPr>
        <w:t xml:space="preserve"> digital / </w:t>
      </w:r>
      <w:proofErr w:type="spellStart"/>
      <w:r w:rsidRPr="008A1507">
        <w:rPr>
          <w:lang w:val="es-ES"/>
        </w:rPr>
        <w:t>Canva</w:t>
      </w:r>
      <w:proofErr w:type="spellEnd"/>
      <w:r w:rsidRPr="008A1507">
        <w:rPr>
          <w:lang w:val="es-ES"/>
        </w:rPr>
        <w:t xml:space="preserve"> / video / </w:t>
      </w:r>
      <w:proofErr w:type="spellStart"/>
      <w:r w:rsidRPr="008A1507">
        <w:rPr>
          <w:lang w:val="es-ES"/>
        </w:rPr>
        <w:t>alt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format</w:t>
      </w:r>
      <w:proofErr w:type="spellEnd"/>
      <w:r w:rsidRPr="008A1507">
        <w:rPr>
          <w:lang w:val="es-ES"/>
        </w:rPr>
        <w:t xml:space="preserve">. </w:t>
      </w:r>
      <w:proofErr w:type="spellStart"/>
      <w:r>
        <w:t>Păstrați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se aplică.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14:paraId="6DB94BFB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01B73D5A" w14:textId="77777777" w:rsidR="00840588" w:rsidRDefault="00000000">
            <w:pPr>
              <w:spacing w:after="0"/>
            </w:pPr>
            <w:r>
              <w:rPr>
                <w:i/>
                <w:color w:val="9AA1A8"/>
                <w:sz w:val="18"/>
              </w:rPr>
              <w:t>[COMPLETAȚI AICI – apoi ștergeți această indicație]</w:t>
            </w:r>
          </w:p>
        </w:tc>
      </w:tr>
    </w:tbl>
    <w:p w14:paraId="78A4D56B" w14:textId="77777777" w:rsidR="00840588" w:rsidRDefault="00840588">
      <w:pPr>
        <w:spacing w:after="0"/>
      </w:pPr>
    </w:p>
    <w:p w14:paraId="1BEA7D13" w14:textId="77777777" w:rsidR="008A1507" w:rsidRDefault="008A1507">
      <w:pPr>
        <w:spacing w:after="0"/>
      </w:pPr>
    </w:p>
    <w:p w14:paraId="0D4FC07F" w14:textId="77777777" w:rsidR="008A1507" w:rsidRDefault="008A1507">
      <w:pPr>
        <w:spacing w:after="0"/>
      </w:pPr>
    </w:p>
    <w:p w14:paraId="4107397B" w14:textId="77777777" w:rsidR="008A1507" w:rsidRDefault="008A1507">
      <w:pPr>
        <w:spacing w:after="0"/>
      </w:pPr>
    </w:p>
    <w:p w14:paraId="05EBC3FA" w14:textId="77777777" w:rsidR="008A1507" w:rsidRDefault="008A1507">
      <w:pPr>
        <w:spacing w:after="0"/>
      </w:pPr>
    </w:p>
    <w:p w14:paraId="1DF47110" w14:textId="77777777" w:rsidR="008A1507" w:rsidRDefault="008A1507">
      <w:pPr>
        <w:spacing w:after="0"/>
      </w:pPr>
    </w:p>
    <w:p w14:paraId="669C56BD" w14:textId="77777777" w:rsidR="00840588" w:rsidRDefault="00000000">
      <w:pPr>
        <w:pStyle w:val="FieldLabel"/>
      </w:pPr>
      <w:r>
        <w:lastRenderedPageBreak/>
        <w:t>Secțiunea ghidului în care se încadrează jocul</w:t>
      </w:r>
    </w:p>
    <w:p w14:paraId="16B88E05" w14:textId="77777777" w:rsidR="00840588" w:rsidRDefault="00000000">
      <w:pPr>
        <w:pStyle w:val="Instruction"/>
        <w:keepNext/>
      </w:pPr>
      <w:r>
        <w:t>INDICAȚIE DE COMPLETARE – SE ȘTERGE: Păstrați o singură secțiune – cea care corespunde cel mai bine jocului propus – și ștergeți celelalte două opțiuni.</w:t>
      </w:r>
    </w:p>
    <w:p w14:paraId="412D04DF" w14:textId="77777777" w:rsidR="00840588" w:rsidRPr="008A1507" w:rsidRDefault="00000000">
      <w:pPr>
        <w:ind w:left="283"/>
        <w:rPr>
          <w:lang w:val="es-ES"/>
        </w:rPr>
      </w:pPr>
      <w:r w:rsidRPr="008A1507">
        <w:rPr>
          <w:lang w:val="es-ES"/>
        </w:rPr>
        <w:t xml:space="preserve">☐ </w:t>
      </w:r>
      <w:proofErr w:type="spellStart"/>
      <w:r w:rsidRPr="008A1507">
        <w:rPr>
          <w:lang w:val="es-ES"/>
        </w:rPr>
        <w:t>Secțiunea</w:t>
      </w:r>
      <w:proofErr w:type="spellEnd"/>
      <w:r w:rsidRPr="008A1507">
        <w:rPr>
          <w:lang w:val="es-ES"/>
        </w:rPr>
        <w:t xml:space="preserve"> I – </w:t>
      </w:r>
      <w:proofErr w:type="spellStart"/>
      <w:r w:rsidRPr="008A1507">
        <w:rPr>
          <w:lang w:val="es-ES"/>
        </w:rPr>
        <w:t>Jocuri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tradiționale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adaptate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activități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educaționale</w:t>
      </w:r>
      <w:proofErr w:type="spellEnd"/>
    </w:p>
    <w:p w14:paraId="7720BB8C" w14:textId="77777777" w:rsidR="00840588" w:rsidRPr="008A1507" w:rsidRDefault="00000000">
      <w:pPr>
        <w:ind w:left="283"/>
        <w:rPr>
          <w:lang w:val="es-ES"/>
        </w:rPr>
      </w:pPr>
      <w:r w:rsidRPr="008A1507">
        <w:rPr>
          <w:lang w:val="es-ES"/>
        </w:rPr>
        <w:t xml:space="preserve">☐ </w:t>
      </w:r>
      <w:proofErr w:type="spellStart"/>
      <w:r w:rsidRPr="008A1507">
        <w:rPr>
          <w:lang w:val="es-ES"/>
        </w:rPr>
        <w:t>Secțiunea</w:t>
      </w:r>
      <w:proofErr w:type="spellEnd"/>
      <w:r w:rsidRPr="008A1507">
        <w:rPr>
          <w:lang w:val="es-ES"/>
        </w:rPr>
        <w:t xml:space="preserve"> a II-a – </w:t>
      </w:r>
      <w:proofErr w:type="spellStart"/>
      <w:r w:rsidRPr="008A1507">
        <w:rPr>
          <w:lang w:val="es-ES"/>
        </w:rPr>
        <w:t>Jocuri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didactice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digitale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învățare</w:t>
      </w:r>
      <w:proofErr w:type="spellEnd"/>
    </w:p>
    <w:p w14:paraId="3DC7D036" w14:textId="77777777" w:rsidR="00840588" w:rsidRPr="008A1507" w:rsidRDefault="00000000">
      <w:pPr>
        <w:ind w:left="283"/>
        <w:rPr>
          <w:lang w:val="es-ES"/>
        </w:rPr>
      </w:pPr>
      <w:r w:rsidRPr="008A1507">
        <w:rPr>
          <w:lang w:val="es-ES"/>
        </w:rPr>
        <w:t xml:space="preserve">☐ </w:t>
      </w:r>
      <w:proofErr w:type="spellStart"/>
      <w:r w:rsidRPr="008A1507">
        <w:rPr>
          <w:lang w:val="es-ES"/>
        </w:rPr>
        <w:t>Secțiunea</w:t>
      </w:r>
      <w:proofErr w:type="spellEnd"/>
      <w:r w:rsidRPr="008A1507">
        <w:rPr>
          <w:lang w:val="es-ES"/>
        </w:rPr>
        <w:t xml:space="preserve"> a III-a – </w:t>
      </w:r>
      <w:proofErr w:type="spellStart"/>
      <w:r w:rsidRPr="008A1507">
        <w:rPr>
          <w:lang w:val="es-ES"/>
        </w:rPr>
        <w:t>Jocuri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incluziune</w:t>
      </w:r>
      <w:proofErr w:type="spellEnd"/>
      <w:r w:rsidRPr="008A1507">
        <w:rPr>
          <w:lang w:val="es-ES"/>
        </w:rPr>
        <w:t xml:space="preserve">, cooperare </w:t>
      </w:r>
      <w:proofErr w:type="spellStart"/>
      <w:r w:rsidRPr="008A1507">
        <w:rPr>
          <w:lang w:val="es-ES"/>
        </w:rPr>
        <w:t>și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stare</w:t>
      </w:r>
      <w:proofErr w:type="spellEnd"/>
      <w:r w:rsidRPr="008A1507">
        <w:rPr>
          <w:lang w:val="es-ES"/>
        </w:rPr>
        <w:t xml:space="preserve"> de </w:t>
      </w:r>
      <w:proofErr w:type="spellStart"/>
      <w:r w:rsidRPr="008A1507">
        <w:rPr>
          <w:lang w:val="es-ES"/>
        </w:rPr>
        <w:t>bine</w:t>
      </w:r>
      <w:proofErr w:type="spellEnd"/>
    </w:p>
    <w:p w14:paraId="358B8641" w14:textId="77777777" w:rsidR="00840588" w:rsidRPr="008A1507" w:rsidRDefault="00000000">
      <w:pPr>
        <w:pStyle w:val="Ttulo1"/>
        <w:rPr>
          <w:lang w:val="es-ES"/>
        </w:rPr>
      </w:pPr>
      <w:r w:rsidRPr="008A1507">
        <w:rPr>
          <w:lang w:val="es-ES"/>
        </w:rPr>
        <w:t xml:space="preserve">II. </w:t>
      </w:r>
      <w:proofErr w:type="spellStart"/>
      <w:r w:rsidRPr="008A1507">
        <w:rPr>
          <w:lang w:val="es-ES"/>
        </w:rPr>
        <w:t>Încadrare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didactică</w:t>
      </w:r>
      <w:proofErr w:type="spellEnd"/>
    </w:p>
    <w:p w14:paraId="44AA2EE6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Competențe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specifice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vizate</w:t>
      </w:r>
      <w:proofErr w:type="spellEnd"/>
    </w:p>
    <w:p w14:paraId="4FD60BBD" w14:textId="77777777" w:rsidR="00840588" w:rsidRDefault="00000000">
      <w:pPr>
        <w:pStyle w:val="Instruction"/>
        <w:keepNext/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Menționați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competențele</w:t>
      </w:r>
      <w:proofErr w:type="spellEnd"/>
      <w:r w:rsidRPr="008A1507">
        <w:rPr>
          <w:lang w:val="es-ES"/>
        </w:rPr>
        <w:t xml:space="preserve"> pe care </w:t>
      </w:r>
      <w:proofErr w:type="spellStart"/>
      <w:r w:rsidRPr="008A1507">
        <w:rPr>
          <w:lang w:val="es-ES"/>
        </w:rPr>
        <w:t>jocul</w:t>
      </w:r>
      <w:proofErr w:type="spellEnd"/>
      <w:r w:rsidRPr="008A1507">
        <w:rPr>
          <w:lang w:val="es-ES"/>
        </w:rPr>
        <w:t xml:space="preserve"> le </w:t>
      </w:r>
      <w:proofErr w:type="spellStart"/>
      <w:r w:rsidRPr="008A1507">
        <w:rPr>
          <w:lang w:val="es-ES"/>
        </w:rPr>
        <w:t>dezvoltă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sau</w:t>
      </w:r>
      <w:proofErr w:type="spellEnd"/>
      <w:r w:rsidRPr="008A1507">
        <w:rPr>
          <w:lang w:val="es-ES"/>
        </w:rPr>
        <w:t xml:space="preserve"> le </w:t>
      </w:r>
      <w:proofErr w:type="spellStart"/>
      <w:r w:rsidRPr="008A1507">
        <w:rPr>
          <w:lang w:val="es-ES"/>
        </w:rPr>
        <w:t>exersează</w:t>
      </w:r>
      <w:proofErr w:type="spellEnd"/>
      <w:r w:rsidRPr="008A1507">
        <w:rPr>
          <w:lang w:val="es-ES"/>
        </w:rPr>
        <w:t xml:space="preserve">. </w:t>
      </w:r>
      <w:proofErr w:type="spellStart"/>
      <w:r>
        <w:t>Formulați</w:t>
      </w:r>
      <w:proofErr w:type="spellEnd"/>
      <w:r>
        <w:t xml:space="preserve"> </w:t>
      </w:r>
      <w:proofErr w:type="spellStart"/>
      <w:r>
        <w:t>clar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concret</w:t>
      </w:r>
      <w:proofErr w:type="spellEnd"/>
      <w: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14:paraId="01A4E9D6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618D37DC" w14:textId="77777777" w:rsidR="00840588" w:rsidRDefault="00000000">
            <w:pPr>
              <w:spacing w:after="0"/>
            </w:pPr>
            <w:r>
              <w:rPr>
                <w:i/>
                <w:color w:val="9AA1A8"/>
                <w:sz w:val="18"/>
              </w:rPr>
              <w:t>[COMPLETAȚI AICI – apoi ștergeți această indicație]</w:t>
            </w:r>
            <w:r>
              <w:br/>
            </w:r>
            <w:r>
              <w:br/>
            </w:r>
          </w:p>
        </w:tc>
      </w:tr>
    </w:tbl>
    <w:p w14:paraId="2EAB7456" w14:textId="77777777" w:rsidR="00840588" w:rsidRDefault="00840588">
      <w:pPr>
        <w:spacing w:after="0"/>
      </w:pPr>
    </w:p>
    <w:p w14:paraId="029AC690" w14:textId="77777777" w:rsidR="00840588" w:rsidRDefault="00000000">
      <w:pPr>
        <w:pStyle w:val="FieldLabel"/>
        <w:keepNext/>
      </w:pPr>
      <w:r>
        <w:t>Obiective / Rezultate ale învățării</w:t>
      </w:r>
    </w:p>
    <w:p w14:paraId="06C02D96" w14:textId="77777777" w:rsidR="00840588" w:rsidRDefault="00000000">
      <w:pPr>
        <w:pStyle w:val="Instruction"/>
        <w:keepNext/>
      </w:pPr>
      <w:r>
        <w:t>INDICAȚIE DE COMPLETARE – SE ȘTERGE: Scrieți ce ar trebui să poată face, înțelege sau exersa elevii după participarea la joc.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14:paraId="730CB670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15A19639" w14:textId="77777777" w:rsidR="00840588" w:rsidRDefault="00000000">
            <w:pPr>
              <w:spacing w:after="0"/>
            </w:pPr>
            <w:r>
              <w:rPr>
                <w:i/>
                <w:color w:val="9AA1A8"/>
                <w:sz w:val="18"/>
              </w:rPr>
              <w:t>[COMPLETAȚI AICI – apoi ștergeți această indicație]</w:t>
            </w:r>
            <w:r>
              <w:br/>
            </w:r>
            <w:r>
              <w:br/>
            </w:r>
          </w:p>
        </w:tc>
      </w:tr>
    </w:tbl>
    <w:p w14:paraId="49BFE6AA" w14:textId="77777777" w:rsidR="00840588" w:rsidRDefault="00840588">
      <w:pPr>
        <w:spacing w:after="0"/>
      </w:pPr>
    </w:p>
    <w:p w14:paraId="6200EAE3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Concepte-cheie</w:t>
      </w:r>
      <w:proofErr w:type="spellEnd"/>
    </w:p>
    <w:p w14:paraId="583FEC37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Enumerați</w:t>
      </w:r>
      <w:proofErr w:type="spellEnd"/>
      <w:r w:rsidRPr="008A1507">
        <w:rPr>
          <w:lang w:val="es-ES"/>
        </w:rPr>
        <w:t xml:space="preserve"> 3–7 </w:t>
      </w:r>
      <w:proofErr w:type="spellStart"/>
      <w:r w:rsidRPr="008A1507">
        <w:rPr>
          <w:lang w:val="es-ES"/>
        </w:rPr>
        <w:t>concepte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sau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noțiuni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esențiale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asociate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jocului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268304BC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2755ED72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</w:p>
        </w:tc>
      </w:tr>
    </w:tbl>
    <w:p w14:paraId="0B595D5E" w14:textId="77777777" w:rsidR="00840588" w:rsidRPr="008A1507" w:rsidRDefault="00840588">
      <w:pPr>
        <w:spacing w:after="0"/>
        <w:rPr>
          <w:lang w:val="es-ES"/>
        </w:rPr>
      </w:pPr>
    </w:p>
    <w:p w14:paraId="7E5F940B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Durata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estimată</w:t>
      </w:r>
      <w:proofErr w:type="spellEnd"/>
    </w:p>
    <w:p w14:paraId="33BF7357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Exemplu</w:t>
      </w:r>
      <w:proofErr w:type="spellEnd"/>
      <w:r w:rsidRPr="008A1507">
        <w:rPr>
          <w:lang w:val="es-ES"/>
        </w:rPr>
        <w:t xml:space="preserve">: 15 minute / 30–40 de minute / o </w:t>
      </w:r>
      <w:proofErr w:type="spellStart"/>
      <w:r w:rsidRPr="008A1507">
        <w:rPr>
          <w:lang w:val="es-ES"/>
        </w:rPr>
        <w:t>oră</w:t>
      </w:r>
      <w:proofErr w:type="spellEnd"/>
      <w:r w:rsidRPr="008A1507">
        <w:rPr>
          <w:lang w:val="es-ES"/>
        </w:rPr>
        <w:t xml:space="preserve"> de </w:t>
      </w:r>
      <w:proofErr w:type="spellStart"/>
      <w:r w:rsidRPr="008A1507">
        <w:rPr>
          <w:lang w:val="es-ES"/>
        </w:rPr>
        <w:t>curs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1124EC74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52B8A87F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</w:p>
        </w:tc>
      </w:tr>
    </w:tbl>
    <w:p w14:paraId="508FC939" w14:textId="77777777" w:rsidR="00840588" w:rsidRPr="008A1507" w:rsidRDefault="00840588">
      <w:pPr>
        <w:spacing w:after="0"/>
        <w:rPr>
          <w:lang w:val="es-ES"/>
        </w:rPr>
      </w:pPr>
    </w:p>
    <w:p w14:paraId="37277A8E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Nivelul</w:t>
      </w:r>
      <w:proofErr w:type="spellEnd"/>
      <w:r w:rsidRPr="008A1507">
        <w:rPr>
          <w:lang w:val="es-ES"/>
        </w:rPr>
        <w:t xml:space="preserve"> de </w:t>
      </w:r>
      <w:proofErr w:type="spellStart"/>
      <w:r w:rsidRPr="008A1507">
        <w:rPr>
          <w:lang w:val="es-ES"/>
        </w:rPr>
        <w:t>dificultate</w:t>
      </w:r>
      <w:proofErr w:type="spellEnd"/>
    </w:p>
    <w:p w14:paraId="0095742E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Păstrați</w:t>
      </w:r>
      <w:proofErr w:type="spellEnd"/>
      <w:r w:rsidRPr="008A1507">
        <w:rPr>
          <w:lang w:val="es-ES"/>
        </w:rPr>
        <w:t xml:space="preserve"> o </w:t>
      </w:r>
      <w:proofErr w:type="spellStart"/>
      <w:r w:rsidRPr="008A1507">
        <w:rPr>
          <w:lang w:val="es-ES"/>
        </w:rPr>
        <w:t>singură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variantă</w:t>
      </w:r>
      <w:proofErr w:type="spellEnd"/>
      <w:r w:rsidRPr="008A1507">
        <w:rPr>
          <w:lang w:val="es-ES"/>
        </w:rPr>
        <w:t xml:space="preserve">: </w:t>
      </w:r>
      <w:proofErr w:type="spellStart"/>
      <w:r w:rsidRPr="008A1507">
        <w:rPr>
          <w:lang w:val="es-ES"/>
        </w:rPr>
        <w:t>scăzut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mediu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ridicat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2F76C95D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0096ACFB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</w:p>
        </w:tc>
      </w:tr>
    </w:tbl>
    <w:p w14:paraId="7B17D241" w14:textId="77777777" w:rsidR="00840588" w:rsidRPr="008A1507" w:rsidRDefault="00840588">
      <w:pPr>
        <w:spacing w:after="0"/>
        <w:rPr>
          <w:lang w:val="es-ES"/>
        </w:rPr>
      </w:pPr>
    </w:p>
    <w:p w14:paraId="5BE9F485" w14:textId="77777777" w:rsidR="00840588" w:rsidRPr="008A1507" w:rsidRDefault="00000000">
      <w:pPr>
        <w:pStyle w:val="Ttulo1"/>
        <w:rPr>
          <w:lang w:val="es-ES"/>
        </w:rPr>
      </w:pPr>
      <w:r w:rsidRPr="008A1507">
        <w:rPr>
          <w:lang w:val="es-ES"/>
        </w:rPr>
        <w:lastRenderedPageBreak/>
        <w:t xml:space="preserve">III. </w:t>
      </w:r>
      <w:proofErr w:type="spellStart"/>
      <w:r w:rsidRPr="008A1507">
        <w:rPr>
          <w:lang w:val="es-ES"/>
        </w:rPr>
        <w:t>Descrierea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jocului</w:t>
      </w:r>
      <w:proofErr w:type="spellEnd"/>
    </w:p>
    <w:p w14:paraId="39567FF0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Scurtă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descriere</w:t>
      </w:r>
      <w:proofErr w:type="spellEnd"/>
      <w:r w:rsidRPr="008A1507">
        <w:rPr>
          <w:lang w:val="es-ES"/>
        </w:rPr>
        <w:t xml:space="preserve"> a </w:t>
      </w:r>
      <w:proofErr w:type="spellStart"/>
      <w:r w:rsidRPr="008A1507">
        <w:rPr>
          <w:lang w:val="es-ES"/>
        </w:rPr>
        <w:t>jocului</w:t>
      </w:r>
      <w:proofErr w:type="spellEnd"/>
    </w:p>
    <w:p w14:paraId="4676EA10" w14:textId="77777777" w:rsidR="00840588" w:rsidRDefault="00000000">
      <w:pPr>
        <w:pStyle w:val="Instruction"/>
        <w:keepNext/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Prezentați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</w:t>
      </w:r>
      <w:proofErr w:type="spellEnd"/>
      <w:r w:rsidRPr="008A1507">
        <w:rPr>
          <w:lang w:val="es-ES"/>
        </w:rPr>
        <w:t xml:space="preserve"> 5–10 </w:t>
      </w:r>
      <w:proofErr w:type="spellStart"/>
      <w:r w:rsidRPr="008A1507">
        <w:rPr>
          <w:lang w:val="es-ES"/>
        </w:rPr>
        <w:t>rânduri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ideea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jocului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și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contextul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</w:t>
      </w:r>
      <w:proofErr w:type="spellEnd"/>
      <w:r w:rsidRPr="008A1507">
        <w:rPr>
          <w:lang w:val="es-ES"/>
        </w:rPr>
        <w:t xml:space="preserve"> care </w:t>
      </w:r>
      <w:proofErr w:type="spellStart"/>
      <w:r w:rsidRPr="008A1507">
        <w:rPr>
          <w:lang w:val="es-ES"/>
        </w:rPr>
        <w:t>poate</w:t>
      </w:r>
      <w:proofErr w:type="spellEnd"/>
      <w:r w:rsidRPr="008A1507">
        <w:rPr>
          <w:lang w:val="es-ES"/>
        </w:rPr>
        <w:t xml:space="preserve"> fi </w:t>
      </w:r>
      <w:proofErr w:type="spellStart"/>
      <w:r w:rsidRPr="008A1507">
        <w:rPr>
          <w:lang w:val="es-ES"/>
        </w:rPr>
        <w:t>utilizat</w:t>
      </w:r>
      <w:proofErr w:type="spellEnd"/>
      <w:r w:rsidRPr="008A1507">
        <w:rPr>
          <w:lang w:val="es-ES"/>
        </w:rPr>
        <w:t xml:space="preserve">. </w:t>
      </w:r>
      <w:proofErr w:type="spellStart"/>
      <w:r>
        <w:t>Evitați</w:t>
      </w:r>
      <w:proofErr w:type="spellEnd"/>
      <w:r>
        <w:t xml:space="preserve"> </w:t>
      </w:r>
      <w:proofErr w:type="spellStart"/>
      <w:r>
        <w:t>formulările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generale.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14:paraId="65074DE9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5AFE336A" w14:textId="77777777" w:rsidR="00840588" w:rsidRDefault="00000000">
            <w:pPr>
              <w:spacing w:after="0"/>
            </w:pPr>
            <w:r>
              <w:rPr>
                <w:i/>
                <w:color w:val="9AA1A8"/>
                <w:sz w:val="18"/>
              </w:rPr>
              <w:t>[COMPLETAȚI AICI – apoi ștergeți această indicație]</w:t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</w:tc>
      </w:tr>
    </w:tbl>
    <w:p w14:paraId="6444CCC4" w14:textId="77777777" w:rsidR="00840588" w:rsidRDefault="00840588">
      <w:pPr>
        <w:spacing w:after="0"/>
      </w:pPr>
    </w:p>
    <w:p w14:paraId="3E707556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Scopul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jocului</w:t>
      </w:r>
      <w:proofErr w:type="spellEnd"/>
    </w:p>
    <w:p w14:paraId="7B5240ED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Precizați</w:t>
      </w:r>
      <w:proofErr w:type="spellEnd"/>
      <w:r w:rsidRPr="008A1507">
        <w:rPr>
          <w:lang w:val="es-ES"/>
        </w:rPr>
        <w:t xml:space="preserve"> pe </w:t>
      </w:r>
      <w:proofErr w:type="spellStart"/>
      <w:r w:rsidRPr="008A1507">
        <w:rPr>
          <w:lang w:val="es-ES"/>
        </w:rPr>
        <w:t>scurt</w:t>
      </w:r>
      <w:proofErr w:type="spellEnd"/>
      <w:r w:rsidRPr="008A1507">
        <w:rPr>
          <w:lang w:val="es-ES"/>
        </w:rPr>
        <w:t xml:space="preserve"> de ce este </w:t>
      </w:r>
      <w:proofErr w:type="spellStart"/>
      <w:r w:rsidRPr="008A1507">
        <w:rPr>
          <w:lang w:val="es-ES"/>
        </w:rPr>
        <w:t>util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și</w:t>
      </w:r>
      <w:proofErr w:type="spellEnd"/>
      <w:r w:rsidRPr="008A1507">
        <w:rPr>
          <w:lang w:val="es-ES"/>
        </w:rPr>
        <w:t xml:space="preserve"> ce </w:t>
      </w:r>
      <w:proofErr w:type="spellStart"/>
      <w:r w:rsidRPr="008A1507">
        <w:rPr>
          <w:lang w:val="es-ES"/>
        </w:rPr>
        <w:t>urmărește</w:t>
      </w:r>
      <w:proofErr w:type="spellEnd"/>
      <w:r w:rsidRPr="008A1507">
        <w:rPr>
          <w:lang w:val="es-ES"/>
        </w:rPr>
        <w:t xml:space="preserve"> din </w:t>
      </w:r>
      <w:proofErr w:type="spellStart"/>
      <w:r w:rsidRPr="008A1507">
        <w:rPr>
          <w:lang w:val="es-ES"/>
        </w:rPr>
        <w:t>punct</w:t>
      </w:r>
      <w:proofErr w:type="spellEnd"/>
      <w:r w:rsidRPr="008A1507">
        <w:rPr>
          <w:lang w:val="es-ES"/>
        </w:rPr>
        <w:t xml:space="preserve"> de </w:t>
      </w:r>
      <w:proofErr w:type="spellStart"/>
      <w:r w:rsidRPr="008A1507">
        <w:rPr>
          <w:lang w:val="es-ES"/>
        </w:rPr>
        <w:t>vedere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educațional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7A5B8434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1D91B864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</w:p>
        </w:tc>
      </w:tr>
    </w:tbl>
    <w:p w14:paraId="23EBC1B8" w14:textId="77777777" w:rsidR="00840588" w:rsidRPr="008A1507" w:rsidRDefault="00840588">
      <w:pPr>
        <w:spacing w:after="0"/>
        <w:rPr>
          <w:lang w:val="es-ES"/>
        </w:rPr>
      </w:pPr>
    </w:p>
    <w:p w14:paraId="26736904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Reguli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și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instrucțiuni</w:t>
      </w:r>
      <w:proofErr w:type="spellEnd"/>
      <w:r w:rsidRPr="008A1507">
        <w:rPr>
          <w:lang w:val="es-ES"/>
        </w:rPr>
        <w:t xml:space="preserve"> de </w:t>
      </w:r>
      <w:proofErr w:type="spellStart"/>
      <w:r w:rsidRPr="008A1507">
        <w:rPr>
          <w:lang w:val="es-ES"/>
        </w:rPr>
        <w:t>desfășurare</w:t>
      </w:r>
      <w:proofErr w:type="spellEnd"/>
    </w:p>
    <w:p w14:paraId="349088A2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Explicați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regulile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esențiale</w:t>
      </w:r>
      <w:proofErr w:type="spellEnd"/>
      <w:r w:rsidRPr="008A1507">
        <w:rPr>
          <w:lang w:val="es-ES"/>
        </w:rPr>
        <w:t xml:space="preserve">. Un </w:t>
      </w:r>
      <w:proofErr w:type="spellStart"/>
      <w:r w:rsidRPr="008A1507">
        <w:rPr>
          <w:lang w:val="es-ES"/>
        </w:rPr>
        <w:t>alt</w:t>
      </w:r>
      <w:proofErr w:type="spellEnd"/>
      <w:r w:rsidRPr="008A1507">
        <w:rPr>
          <w:lang w:val="es-ES"/>
        </w:rPr>
        <w:t xml:space="preserve"> profesor </w:t>
      </w:r>
      <w:proofErr w:type="spellStart"/>
      <w:r w:rsidRPr="008A1507">
        <w:rPr>
          <w:lang w:val="es-ES"/>
        </w:rPr>
        <w:t>trebuie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poată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înțelege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fără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explicații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suplimentare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6B440B9C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27D681F3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</w:p>
        </w:tc>
      </w:tr>
    </w:tbl>
    <w:p w14:paraId="2C7E52B0" w14:textId="77777777" w:rsidR="00840588" w:rsidRPr="008A1507" w:rsidRDefault="00840588">
      <w:pPr>
        <w:spacing w:after="0"/>
        <w:rPr>
          <w:lang w:val="es-ES"/>
        </w:rPr>
      </w:pPr>
    </w:p>
    <w:p w14:paraId="0536FCE3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Pașii</w:t>
      </w:r>
      <w:proofErr w:type="spellEnd"/>
      <w:r w:rsidRPr="008A1507">
        <w:rPr>
          <w:lang w:val="es-ES"/>
        </w:rPr>
        <w:t xml:space="preserve"> de </w:t>
      </w:r>
      <w:proofErr w:type="spellStart"/>
      <w:r w:rsidRPr="008A1507">
        <w:rPr>
          <w:lang w:val="es-ES"/>
        </w:rPr>
        <w:t>desfășurare</w:t>
      </w:r>
      <w:proofErr w:type="spellEnd"/>
    </w:p>
    <w:p w14:paraId="299046DD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Descrieți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etapizat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în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ordinea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</w:t>
      </w:r>
      <w:proofErr w:type="spellEnd"/>
      <w:r w:rsidRPr="008A1507">
        <w:rPr>
          <w:lang w:val="es-ES"/>
        </w:rPr>
        <w:t xml:space="preserve"> care se </w:t>
      </w:r>
      <w:proofErr w:type="spellStart"/>
      <w:r w:rsidRPr="008A1507">
        <w:rPr>
          <w:lang w:val="es-ES"/>
        </w:rPr>
        <w:t>desfășoară</w:t>
      </w:r>
      <w:proofErr w:type="spellEnd"/>
      <w:r w:rsidRPr="008A1507">
        <w:rPr>
          <w:lang w:val="es-ES"/>
        </w:rPr>
        <w:t xml:space="preserve">: </w:t>
      </w:r>
      <w:proofErr w:type="spellStart"/>
      <w:r w:rsidRPr="008A1507">
        <w:rPr>
          <w:lang w:val="es-ES"/>
        </w:rPr>
        <w:t>pregătire</w:t>
      </w:r>
      <w:proofErr w:type="spellEnd"/>
      <w:r w:rsidRPr="008A1507">
        <w:rPr>
          <w:lang w:val="es-ES"/>
        </w:rPr>
        <w:t xml:space="preserve">, organizare, </w:t>
      </w:r>
      <w:proofErr w:type="spellStart"/>
      <w:r w:rsidRPr="008A1507">
        <w:rPr>
          <w:lang w:val="es-ES"/>
        </w:rPr>
        <w:t>desfășurare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încheiere</w:t>
      </w:r>
      <w:proofErr w:type="spellEnd"/>
      <w:r w:rsidRPr="008A1507">
        <w:rPr>
          <w:lang w:val="es-ES"/>
        </w:rPr>
        <w:t>/</w:t>
      </w:r>
      <w:proofErr w:type="spellStart"/>
      <w:r w:rsidRPr="008A1507">
        <w:rPr>
          <w:lang w:val="es-ES"/>
        </w:rPr>
        <w:t>reflecție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2CCBF3D5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1EFB612E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</w:p>
        </w:tc>
      </w:tr>
    </w:tbl>
    <w:p w14:paraId="27560F38" w14:textId="77777777" w:rsidR="00840588" w:rsidRPr="008A1507" w:rsidRDefault="00840588">
      <w:pPr>
        <w:spacing w:after="0"/>
        <w:rPr>
          <w:lang w:val="es-ES"/>
        </w:rPr>
      </w:pPr>
    </w:p>
    <w:p w14:paraId="2B928CD8" w14:textId="77777777" w:rsidR="00840588" w:rsidRPr="008A1507" w:rsidRDefault="00000000">
      <w:pPr>
        <w:pStyle w:val="FieldLabel"/>
        <w:keepNext/>
        <w:rPr>
          <w:lang w:val="es-ES"/>
        </w:rPr>
      </w:pPr>
      <w:r w:rsidRPr="008A1507">
        <w:rPr>
          <w:lang w:val="es-ES"/>
        </w:rPr>
        <w:t>Mod de utilizare</w:t>
      </w:r>
    </w:p>
    <w:p w14:paraId="30320878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Păstrați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variantele</w:t>
      </w:r>
      <w:proofErr w:type="spellEnd"/>
      <w:r w:rsidRPr="008A1507">
        <w:rPr>
          <w:lang w:val="es-ES"/>
        </w:rPr>
        <w:t xml:space="preserve"> care se </w:t>
      </w:r>
      <w:proofErr w:type="spellStart"/>
      <w:r w:rsidRPr="008A1507">
        <w:rPr>
          <w:lang w:val="es-ES"/>
        </w:rPr>
        <w:t>aplică</w:t>
      </w:r>
      <w:proofErr w:type="spellEnd"/>
      <w:r w:rsidRPr="008A1507">
        <w:rPr>
          <w:lang w:val="es-ES"/>
        </w:rPr>
        <w:t xml:space="preserve">: la </w:t>
      </w:r>
      <w:proofErr w:type="spellStart"/>
      <w:r w:rsidRPr="008A1507">
        <w:rPr>
          <w:lang w:val="es-ES"/>
        </w:rPr>
        <w:t>clasă</w:t>
      </w:r>
      <w:proofErr w:type="spellEnd"/>
      <w:r w:rsidRPr="008A1507">
        <w:rPr>
          <w:lang w:val="es-ES"/>
        </w:rPr>
        <w:t xml:space="preserve"> / individual / pe </w:t>
      </w:r>
      <w:proofErr w:type="spellStart"/>
      <w:r w:rsidRPr="008A1507">
        <w:rPr>
          <w:lang w:val="es-ES"/>
        </w:rPr>
        <w:t>grupe</w:t>
      </w:r>
      <w:proofErr w:type="spellEnd"/>
      <w:r w:rsidRPr="008A1507">
        <w:rPr>
          <w:lang w:val="es-ES"/>
        </w:rPr>
        <w:t xml:space="preserve"> / online / </w:t>
      </w:r>
      <w:proofErr w:type="spellStart"/>
      <w:r w:rsidRPr="008A1507">
        <w:rPr>
          <w:lang w:val="es-ES"/>
        </w:rPr>
        <w:t>activități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extracurriculare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activități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remediale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alt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context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48A0772D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0A7BC0CF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</w:p>
        </w:tc>
      </w:tr>
    </w:tbl>
    <w:p w14:paraId="4F08D91B" w14:textId="77777777" w:rsidR="00840588" w:rsidRPr="008A1507" w:rsidRDefault="00840588">
      <w:pPr>
        <w:spacing w:after="0"/>
        <w:rPr>
          <w:lang w:val="es-ES"/>
        </w:rPr>
      </w:pPr>
    </w:p>
    <w:p w14:paraId="217DBFE5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lastRenderedPageBreak/>
        <w:t>Resurse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necesare</w:t>
      </w:r>
      <w:proofErr w:type="spellEnd"/>
    </w:p>
    <w:p w14:paraId="70377AEC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Enumerați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materialele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echipamentele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fișele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aplicațiile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dispozitivele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sau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spațiul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necesar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3D237F1D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1B739B8F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</w:p>
        </w:tc>
      </w:tr>
    </w:tbl>
    <w:p w14:paraId="15D03DED" w14:textId="77777777" w:rsidR="00840588" w:rsidRPr="008A1507" w:rsidRDefault="00840588">
      <w:pPr>
        <w:spacing w:after="0"/>
        <w:rPr>
          <w:lang w:val="es-ES"/>
        </w:rPr>
      </w:pPr>
    </w:p>
    <w:p w14:paraId="70E45E06" w14:textId="77777777" w:rsidR="00840588" w:rsidRPr="008A1507" w:rsidRDefault="00000000">
      <w:pPr>
        <w:pStyle w:val="FieldLabel"/>
        <w:keepNext/>
        <w:rPr>
          <w:lang w:val="es-ES"/>
        </w:rPr>
      </w:pPr>
      <w:proofErr w:type="gramStart"/>
      <w:r w:rsidRPr="008A1507">
        <w:rPr>
          <w:lang w:val="es-ES"/>
        </w:rPr>
        <w:t>Link</w:t>
      </w:r>
      <w:proofErr w:type="gram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către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resursa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digitală</w:t>
      </w:r>
      <w:proofErr w:type="spellEnd"/>
      <w:r w:rsidRPr="008A1507">
        <w:rPr>
          <w:lang w:val="es-ES"/>
        </w:rPr>
        <w:t xml:space="preserve"> (</w:t>
      </w:r>
      <w:proofErr w:type="spellStart"/>
      <w:r w:rsidRPr="008A1507">
        <w:rPr>
          <w:lang w:val="es-ES"/>
        </w:rPr>
        <w:t>dacă</w:t>
      </w:r>
      <w:proofErr w:type="spellEnd"/>
      <w:r w:rsidRPr="008A1507">
        <w:rPr>
          <w:lang w:val="es-ES"/>
        </w:rPr>
        <w:t xml:space="preserve"> este </w:t>
      </w:r>
      <w:proofErr w:type="spellStart"/>
      <w:r w:rsidRPr="008A1507">
        <w:rPr>
          <w:lang w:val="es-ES"/>
        </w:rPr>
        <w:t>cazul</w:t>
      </w:r>
      <w:proofErr w:type="spellEnd"/>
      <w:r w:rsidRPr="008A1507">
        <w:rPr>
          <w:lang w:val="es-ES"/>
        </w:rPr>
        <w:t>)</w:t>
      </w:r>
    </w:p>
    <w:p w14:paraId="03F7FD7A" w14:textId="77777777" w:rsidR="00840588" w:rsidRDefault="00000000">
      <w:pPr>
        <w:pStyle w:val="Instruction"/>
        <w:keepNext/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jocurile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digitale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introduceți</w:t>
      </w:r>
      <w:proofErr w:type="spellEnd"/>
      <w:r w:rsidRPr="008A1507">
        <w:rPr>
          <w:lang w:val="es-ES"/>
        </w:rPr>
        <w:t xml:space="preserve"> un </w:t>
      </w:r>
      <w:proofErr w:type="gramStart"/>
      <w:r w:rsidRPr="008A1507">
        <w:rPr>
          <w:lang w:val="es-ES"/>
        </w:rPr>
        <w:t>link</w:t>
      </w:r>
      <w:proofErr w:type="gram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public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și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verificați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poate</w:t>
      </w:r>
      <w:proofErr w:type="spellEnd"/>
      <w:r w:rsidRPr="008A1507">
        <w:rPr>
          <w:lang w:val="es-ES"/>
        </w:rPr>
        <w:t xml:space="preserve"> fi </w:t>
      </w:r>
      <w:proofErr w:type="spellStart"/>
      <w:r w:rsidRPr="008A1507">
        <w:rPr>
          <w:lang w:val="es-ES"/>
        </w:rPr>
        <w:t>accesat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fără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solicitarea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unei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permisiuni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suplimentare</w:t>
      </w:r>
      <w:proofErr w:type="spellEnd"/>
      <w:r w:rsidRPr="008A1507">
        <w:rPr>
          <w:lang w:val="es-ES"/>
        </w:rPr>
        <w:t xml:space="preserve">. </w:t>
      </w:r>
      <w:proofErr w:type="spellStart"/>
      <w:r>
        <w:t>Dacă</w:t>
      </w:r>
      <w:proofErr w:type="spellEnd"/>
      <w:r>
        <w:t xml:space="preserve"> nu se </w:t>
      </w:r>
      <w:proofErr w:type="spellStart"/>
      <w:r>
        <w:t>aplică</w:t>
      </w:r>
      <w:proofErr w:type="spellEnd"/>
      <w:r>
        <w:t>, ștergeți acest câmp.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14:paraId="031C4F95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5BC3D702" w14:textId="77777777" w:rsidR="00840588" w:rsidRDefault="00000000">
            <w:pPr>
              <w:spacing w:after="0"/>
            </w:pPr>
            <w:r>
              <w:rPr>
                <w:i/>
                <w:color w:val="9AA1A8"/>
                <w:sz w:val="18"/>
              </w:rPr>
              <w:t>[COMPLETAȚI AICI – apoi ștergeți această indicație]</w:t>
            </w:r>
          </w:p>
        </w:tc>
      </w:tr>
    </w:tbl>
    <w:p w14:paraId="7025B129" w14:textId="77777777" w:rsidR="00840588" w:rsidRDefault="00840588">
      <w:pPr>
        <w:spacing w:after="0"/>
      </w:pPr>
    </w:p>
    <w:p w14:paraId="710A6E46" w14:textId="77777777" w:rsidR="00840588" w:rsidRPr="008A1507" w:rsidRDefault="00000000">
      <w:pPr>
        <w:pStyle w:val="Ttulo1"/>
        <w:rPr>
          <w:lang w:val="es-ES"/>
        </w:rPr>
      </w:pPr>
      <w:r w:rsidRPr="008A1507">
        <w:rPr>
          <w:lang w:val="es-ES"/>
        </w:rPr>
        <w:t>IV. Elemente complementare</w:t>
      </w:r>
    </w:p>
    <w:p w14:paraId="3835786E" w14:textId="77777777" w:rsidR="00840588" w:rsidRPr="008A1507" w:rsidRDefault="00000000">
      <w:pPr>
        <w:pStyle w:val="FieldLabel"/>
        <w:keepNext/>
        <w:rPr>
          <w:lang w:val="es-ES"/>
        </w:rPr>
      </w:pPr>
      <w:r w:rsidRPr="008A1507">
        <w:rPr>
          <w:lang w:val="es-ES"/>
        </w:rPr>
        <w:t xml:space="preserve">Imagine </w:t>
      </w:r>
      <w:proofErr w:type="spellStart"/>
      <w:r w:rsidRPr="008A1507">
        <w:rPr>
          <w:lang w:val="es-ES"/>
        </w:rPr>
        <w:t>reprezentativă</w:t>
      </w:r>
      <w:proofErr w:type="spellEnd"/>
      <w:r w:rsidRPr="008A1507">
        <w:rPr>
          <w:lang w:val="es-ES"/>
        </w:rPr>
        <w:t xml:space="preserve"> (</w:t>
      </w:r>
      <w:proofErr w:type="spellStart"/>
      <w:r w:rsidRPr="008A1507">
        <w:rPr>
          <w:lang w:val="es-ES"/>
        </w:rPr>
        <w:t>dacă</w:t>
      </w:r>
      <w:proofErr w:type="spellEnd"/>
      <w:r w:rsidRPr="008A1507">
        <w:rPr>
          <w:lang w:val="es-ES"/>
        </w:rPr>
        <w:t xml:space="preserve"> este </w:t>
      </w:r>
      <w:proofErr w:type="spellStart"/>
      <w:r w:rsidRPr="008A1507">
        <w:rPr>
          <w:lang w:val="es-ES"/>
        </w:rPr>
        <w:t>cazul</w:t>
      </w:r>
      <w:proofErr w:type="spellEnd"/>
      <w:r w:rsidRPr="008A1507">
        <w:rPr>
          <w:lang w:val="es-ES"/>
        </w:rPr>
        <w:t>)</w:t>
      </w:r>
    </w:p>
    <w:p w14:paraId="7659D752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Inserați</w:t>
      </w:r>
      <w:proofErr w:type="spellEnd"/>
      <w:r w:rsidRPr="008A1507">
        <w:rPr>
          <w:lang w:val="es-ES"/>
        </w:rPr>
        <w:t xml:space="preserve"> o </w:t>
      </w:r>
      <w:proofErr w:type="spellStart"/>
      <w:r w:rsidRPr="008A1507">
        <w:rPr>
          <w:lang w:val="es-ES"/>
        </w:rPr>
        <w:t>fotografie</w:t>
      </w:r>
      <w:proofErr w:type="spellEnd"/>
      <w:r w:rsidRPr="008A1507">
        <w:rPr>
          <w:lang w:val="es-ES"/>
        </w:rPr>
        <w:t xml:space="preserve"> din </w:t>
      </w:r>
      <w:proofErr w:type="spellStart"/>
      <w:r w:rsidRPr="008A1507">
        <w:rPr>
          <w:lang w:val="es-ES"/>
        </w:rPr>
        <w:t>activitate</w:t>
      </w:r>
      <w:proofErr w:type="spellEnd"/>
      <w:r w:rsidRPr="008A1507">
        <w:rPr>
          <w:lang w:val="es-ES"/>
        </w:rPr>
        <w:t xml:space="preserve">, o </w:t>
      </w:r>
      <w:proofErr w:type="spellStart"/>
      <w:r w:rsidRPr="008A1507">
        <w:rPr>
          <w:lang w:val="es-ES"/>
        </w:rPr>
        <w:t>captură</w:t>
      </w:r>
      <w:proofErr w:type="spellEnd"/>
      <w:r w:rsidRPr="008A1507">
        <w:rPr>
          <w:lang w:val="es-ES"/>
        </w:rPr>
        <w:t xml:space="preserve"> de </w:t>
      </w:r>
      <w:proofErr w:type="spellStart"/>
      <w:r w:rsidRPr="008A1507">
        <w:rPr>
          <w:lang w:val="es-ES"/>
        </w:rPr>
        <w:t>ecran</w:t>
      </w:r>
      <w:proofErr w:type="spellEnd"/>
      <w:r w:rsidRPr="008A1507">
        <w:rPr>
          <w:lang w:val="es-ES"/>
        </w:rPr>
        <w:t xml:space="preserve">, o imagine </w:t>
      </w:r>
      <w:proofErr w:type="spellStart"/>
      <w:r w:rsidRPr="008A1507">
        <w:rPr>
          <w:lang w:val="es-ES"/>
        </w:rPr>
        <w:t>creată</w:t>
      </w:r>
      <w:proofErr w:type="spellEnd"/>
      <w:r w:rsidRPr="008A1507">
        <w:rPr>
          <w:lang w:val="es-ES"/>
        </w:rPr>
        <w:t xml:space="preserve"> de autor </w:t>
      </w:r>
      <w:proofErr w:type="spellStart"/>
      <w:r w:rsidRPr="008A1507">
        <w:rPr>
          <w:lang w:val="es-ES"/>
        </w:rPr>
        <w:t>sau</w:t>
      </w:r>
      <w:proofErr w:type="spellEnd"/>
      <w:r w:rsidRPr="008A1507">
        <w:rPr>
          <w:lang w:val="es-ES"/>
        </w:rPr>
        <w:t xml:space="preserve"> o imagine </w:t>
      </w:r>
      <w:proofErr w:type="spellStart"/>
      <w:r w:rsidRPr="008A1507">
        <w:rPr>
          <w:lang w:val="es-ES"/>
        </w:rPr>
        <w:t>utilizată</w:t>
      </w:r>
      <w:proofErr w:type="spellEnd"/>
      <w:r w:rsidRPr="008A1507">
        <w:rPr>
          <w:lang w:val="es-ES"/>
        </w:rPr>
        <w:t xml:space="preserve"> legal. </w:t>
      </w:r>
      <w:proofErr w:type="spellStart"/>
      <w:r w:rsidRPr="008A1507">
        <w:rPr>
          <w:lang w:val="es-ES"/>
        </w:rPr>
        <w:t>Dacă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apar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elevi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asigurați-vă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există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acordul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necesar</w:t>
      </w:r>
      <w:proofErr w:type="spellEnd"/>
      <w:r w:rsidRPr="008A1507">
        <w:rPr>
          <w:lang w:val="es-ES"/>
        </w:rPr>
        <w:t xml:space="preserve">. </w:t>
      </w:r>
      <w:proofErr w:type="spellStart"/>
      <w:r w:rsidRPr="008A1507">
        <w:rPr>
          <w:lang w:val="es-ES"/>
        </w:rPr>
        <w:t>Dacă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nu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includeți</w:t>
      </w:r>
      <w:proofErr w:type="spellEnd"/>
      <w:r w:rsidRPr="008A1507">
        <w:rPr>
          <w:lang w:val="es-ES"/>
        </w:rPr>
        <w:t xml:space="preserve"> imagine, </w:t>
      </w:r>
      <w:proofErr w:type="spellStart"/>
      <w:r w:rsidRPr="008A1507">
        <w:rPr>
          <w:lang w:val="es-ES"/>
        </w:rPr>
        <w:t>ștergeți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acest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câmp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596F84C8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6FA649F1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</w:p>
        </w:tc>
      </w:tr>
    </w:tbl>
    <w:p w14:paraId="2645CB98" w14:textId="77777777" w:rsidR="00840588" w:rsidRPr="008A1507" w:rsidRDefault="00840588">
      <w:pPr>
        <w:spacing w:after="0"/>
        <w:rPr>
          <w:lang w:val="es-ES"/>
        </w:rPr>
      </w:pPr>
    </w:p>
    <w:p w14:paraId="5EA03F03" w14:textId="77777777" w:rsidR="00840588" w:rsidRPr="008A1507" w:rsidRDefault="00000000">
      <w:pPr>
        <w:pStyle w:val="FieldLabel"/>
        <w:keepNext/>
        <w:rPr>
          <w:lang w:val="es-ES"/>
        </w:rPr>
      </w:pPr>
      <w:r w:rsidRPr="008A1507">
        <w:rPr>
          <w:lang w:val="es-ES"/>
        </w:rPr>
        <w:t xml:space="preserve">Sursa </w:t>
      </w:r>
      <w:proofErr w:type="spellStart"/>
      <w:r w:rsidRPr="008A1507">
        <w:rPr>
          <w:lang w:val="es-ES"/>
        </w:rPr>
        <w:t>imaginii</w:t>
      </w:r>
      <w:proofErr w:type="spellEnd"/>
      <w:r w:rsidRPr="008A1507">
        <w:rPr>
          <w:lang w:val="es-ES"/>
        </w:rPr>
        <w:t xml:space="preserve"> / </w:t>
      </w:r>
      <w:proofErr w:type="spellStart"/>
      <w:r w:rsidRPr="008A1507">
        <w:rPr>
          <w:lang w:val="es-ES"/>
        </w:rPr>
        <w:t>Dreptul</w:t>
      </w:r>
      <w:proofErr w:type="spellEnd"/>
      <w:r w:rsidRPr="008A1507">
        <w:rPr>
          <w:lang w:val="es-ES"/>
        </w:rPr>
        <w:t xml:space="preserve"> de utilizare</w:t>
      </w:r>
    </w:p>
    <w:p w14:paraId="449E4A27" w14:textId="77777777" w:rsidR="00840588" w:rsidRDefault="00000000">
      <w:pPr>
        <w:pStyle w:val="Instruction"/>
        <w:keepNext/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Precizați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autorul</w:t>
      </w:r>
      <w:proofErr w:type="spellEnd"/>
      <w:r w:rsidRPr="008A1507">
        <w:rPr>
          <w:lang w:val="es-ES"/>
        </w:rPr>
        <w:t>/</w:t>
      </w:r>
      <w:proofErr w:type="spellStart"/>
      <w:r w:rsidRPr="008A1507">
        <w:rPr>
          <w:lang w:val="es-ES"/>
        </w:rPr>
        <w:t>sursa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imaginii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și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dacă</w:t>
      </w:r>
      <w:proofErr w:type="spellEnd"/>
      <w:r w:rsidRPr="008A1507">
        <w:rPr>
          <w:lang w:val="es-ES"/>
        </w:rPr>
        <w:t xml:space="preserve"> este </w:t>
      </w:r>
      <w:proofErr w:type="spellStart"/>
      <w:r w:rsidRPr="008A1507">
        <w:rPr>
          <w:lang w:val="es-ES"/>
        </w:rPr>
        <w:t>cazul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licența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sau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dreptul</w:t>
      </w:r>
      <w:proofErr w:type="spellEnd"/>
      <w:r w:rsidRPr="008A1507">
        <w:rPr>
          <w:lang w:val="es-ES"/>
        </w:rPr>
        <w:t xml:space="preserve"> de utilizare. </w:t>
      </w:r>
      <w:proofErr w:type="spellStart"/>
      <w:r>
        <w:t>Pentru</w:t>
      </w:r>
      <w:proofErr w:type="spellEnd"/>
      <w:r>
        <w:t xml:space="preserve"> imagine </w:t>
      </w:r>
      <w:proofErr w:type="spellStart"/>
      <w:r>
        <w:t>proprie</w:t>
      </w:r>
      <w:proofErr w:type="spellEnd"/>
      <w:r>
        <w:t xml:space="preserve"> </w:t>
      </w:r>
      <w:proofErr w:type="spellStart"/>
      <w:r>
        <w:t>puteți</w:t>
      </w:r>
      <w:proofErr w:type="spellEnd"/>
      <w:r>
        <w:t xml:space="preserve"> scrie „Imagine realizată de autor”.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14:paraId="2C41AA7A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078FA1DF" w14:textId="77777777" w:rsidR="00840588" w:rsidRDefault="00000000">
            <w:pPr>
              <w:spacing w:after="0"/>
            </w:pPr>
            <w:r>
              <w:rPr>
                <w:i/>
                <w:color w:val="9AA1A8"/>
                <w:sz w:val="18"/>
              </w:rPr>
              <w:t>[COMPLETAȚI AICI – apoi ștergeți această indicație]</w:t>
            </w:r>
            <w:r>
              <w:br/>
            </w:r>
          </w:p>
        </w:tc>
      </w:tr>
    </w:tbl>
    <w:p w14:paraId="6E35C237" w14:textId="77777777" w:rsidR="00840588" w:rsidRDefault="00840588">
      <w:pPr>
        <w:spacing w:after="0"/>
      </w:pPr>
    </w:p>
    <w:p w14:paraId="1F68A527" w14:textId="77777777" w:rsidR="00840588" w:rsidRDefault="00000000">
      <w:pPr>
        <w:pStyle w:val="FieldLabel"/>
        <w:keepNext/>
      </w:pPr>
      <w:r>
        <w:t>Elemente agregate / Surse utilizate</w:t>
      </w:r>
    </w:p>
    <w:p w14:paraId="0C9495AC" w14:textId="77777777" w:rsidR="00840588" w:rsidRDefault="00000000">
      <w:pPr>
        <w:pStyle w:val="Instruction"/>
        <w:keepNext/>
      </w:pPr>
      <w:r>
        <w:t>INDICAȚIE DE COMPLETARE – SE ȘTERGE: Menționați orice text, imagine, aplicație, captură de ecran sau alt material care nu vă aparține. Dacă nu există elemente externe, scrieți „Nu este cazul”.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14:paraId="6E6962E7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3B3EAC6B" w14:textId="77777777" w:rsidR="00840588" w:rsidRDefault="00000000">
            <w:pPr>
              <w:spacing w:after="0"/>
            </w:pPr>
            <w:r>
              <w:rPr>
                <w:i/>
                <w:color w:val="9AA1A8"/>
                <w:sz w:val="18"/>
              </w:rPr>
              <w:t>[COMPLETAȚI AICI – apoi ștergeți această indicație]</w:t>
            </w:r>
            <w:r>
              <w:br/>
            </w:r>
            <w:r>
              <w:br/>
            </w:r>
          </w:p>
        </w:tc>
      </w:tr>
    </w:tbl>
    <w:p w14:paraId="5C04368C" w14:textId="77777777" w:rsidR="00840588" w:rsidRDefault="00840588">
      <w:pPr>
        <w:spacing w:after="0"/>
      </w:pPr>
    </w:p>
    <w:p w14:paraId="28AD71CD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Cuvinte-cheie</w:t>
      </w:r>
      <w:proofErr w:type="spellEnd"/>
    </w:p>
    <w:p w14:paraId="20F39041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Introduceți</w:t>
      </w:r>
      <w:proofErr w:type="spellEnd"/>
      <w:r w:rsidRPr="008A1507">
        <w:rPr>
          <w:lang w:val="es-ES"/>
        </w:rPr>
        <w:t xml:space="preserve"> 5–8 </w:t>
      </w:r>
      <w:proofErr w:type="spellStart"/>
      <w:r w:rsidRPr="008A1507">
        <w:rPr>
          <w:lang w:val="es-ES"/>
        </w:rPr>
        <w:t>cuvinte-cheie</w:t>
      </w:r>
      <w:proofErr w:type="spellEnd"/>
      <w:r w:rsidRPr="008A1507">
        <w:rPr>
          <w:lang w:val="es-ES"/>
        </w:rPr>
        <w:t xml:space="preserve"> relevante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joc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69218EA9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3AF1CBBB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</w:p>
        </w:tc>
      </w:tr>
    </w:tbl>
    <w:p w14:paraId="476ADF68" w14:textId="77777777" w:rsidR="00840588" w:rsidRPr="008A1507" w:rsidRDefault="00840588">
      <w:pPr>
        <w:spacing w:after="0"/>
        <w:rPr>
          <w:lang w:val="es-ES"/>
        </w:rPr>
      </w:pPr>
    </w:p>
    <w:p w14:paraId="6A0975D7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lastRenderedPageBreak/>
        <w:t>Interdisciplinaritate</w:t>
      </w:r>
      <w:proofErr w:type="spellEnd"/>
    </w:p>
    <w:p w14:paraId="07FAA9E0" w14:textId="77777777" w:rsidR="00840588" w:rsidRDefault="00000000">
      <w:pPr>
        <w:pStyle w:val="Instruction"/>
        <w:keepNext/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Precizați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disciplinele</w:t>
      </w:r>
      <w:proofErr w:type="spellEnd"/>
      <w:r w:rsidRPr="008A1507">
        <w:rPr>
          <w:lang w:val="es-ES"/>
        </w:rPr>
        <w:t>/</w:t>
      </w:r>
      <w:proofErr w:type="spellStart"/>
      <w:r w:rsidRPr="008A1507">
        <w:rPr>
          <w:lang w:val="es-ES"/>
        </w:rPr>
        <w:t>domeniile</w:t>
      </w:r>
      <w:proofErr w:type="spellEnd"/>
      <w:r w:rsidRPr="008A1507">
        <w:rPr>
          <w:lang w:val="es-ES"/>
        </w:rPr>
        <w:t xml:space="preserve"> care </w:t>
      </w:r>
      <w:proofErr w:type="spellStart"/>
      <w:r w:rsidRPr="008A1507">
        <w:rPr>
          <w:lang w:val="es-ES"/>
        </w:rPr>
        <w:t>pot</w:t>
      </w:r>
      <w:proofErr w:type="spellEnd"/>
      <w:r w:rsidRPr="008A1507">
        <w:rPr>
          <w:lang w:val="es-ES"/>
        </w:rPr>
        <w:t xml:space="preserve"> fi </w:t>
      </w:r>
      <w:proofErr w:type="spellStart"/>
      <w:r w:rsidRPr="008A1507">
        <w:rPr>
          <w:lang w:val="es-ES"/>
        </w:rPr>
        <w:t>integrate</w:t>
      </w:r>
      <w:proofErr w:type="spellEnd"/>
      <w:r w:rsidRPr="008A1507">
        <w:rPr>
          <w:lang w:val="es-ES"/>
        </w:rPr>
        <w:t xml:space="preserve">. </w:t>
      </w:r>
      <w:proofErr w:type="spellStart"/>
      <w:r>
        <w:t>Dacă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cazul</w:t>
      </w:r>
      <w:proofErr w:type="spellEnd"/>
      <w:r>
        <w:t>, scrieți „Nu este cazul”.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14:paraId="44C7296D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3653B803" w14:textId="77777777" w:rsidR="00840588" w:rsidRDefault="00000000">
            <w:pPr>
              <w:spacing w:after="0"/>
            </w:pPr>
            <w:r>
              <w:rPr>
                <w:i/>
                <w:color w:val="9AA1A8"/>
                <w:sz w:val="18"/>
              </w:rPr>
              <w:t>[COMPLETAȚI AICI – apoi ștergeți această indicație]</w:t>
            </w:r>
            <w:r>
              <w:br/>
            </w:r>
          </w:p>
        </w:tc>
      </w:tr>
    </w:tbl>
    <w:p w14:paraId="278D0860" w14:textId="77777777" w:rsidR="00840588" w:rsidRDefault="00840588">
      <w:pPr>
        <w:spacing w:after="0"/>
      </w:pPr>
    </w:p>
    <w:p w14:paraId="6887132E" w14:textId="77777777" w:rsidR="00840588" w:rsidRDefault="00000000">
      <w:pPr>
        <w:pStyle w:val="Ttulo1"/>
      </w:pPr>
      <w:r>
        <w:t>V. Licență și drepturi</w:t>
      </w:r>
    </w:p>
    <w:p w14:paraId="20F7B06B" w14:textId="77777777" w:rsidR="00840588" w:rsidRDefault="00000000">
      <w:pPr>
        <w:pStyle w:val="Instruction"/>
        <w:keepNext/>
      </w:pPr>
      <w:r>
        <w:t>INDICAȚIE DE COMPLETARE – SE ȘTERGE: Licența Creative Commons trebuie menționată în fișa descriptivă. Organizatorii recomandă CC BY-SA 4.0. Înlocuiți textul dintre paranteze drepte cu datele reale și ștergeți această indicație.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14:paraId="1F582E51" w14:textId="77777777">
        <w:trPr>
          <w:jc w:val="center"/>
        </w:trPr>
        <w:tc>
          <w:tcPr>
            <w:tcW w:w="10200" w:type="dxa"/>
            <w:tcBorders>
              <w:top w:val="single" w:sz="6" w:space="0" w:color="B6D4CF"/>
              <w:left w:val="single" w:sz="6" w:space="0" w:color="B6D4CF"/>
              <w:bottom w:val="single" w:sz="6" w:space="0" w:color="B6D4CF"/>
              <w:right w:val="single" w:sz="6" w:space="0" w:color="B6D4CF"/>
            </w:tcBorders>
            <w:shd w:val="clear" w:color="auto" w:fill="EAF4F2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937B124" w14:textId="77777777" w:rsidR="00840588" w:rsidRDefault="00000000">
            <w:r>
              <w:rPr>
                <w:b/>
              </w:rPr>
              <w:t>© [Nume și prenume autor], 2027</w:t>
            </w:r>
          </w:p>
          <w:p w14:paraId="48939BBA" w14:textId="77777777" w:rsidR="00840588" w:rsidRDefault="00000000">
            <w:r>
              <w:t>Licență recomandată: CC BY-SA 4.0</w:t>
            </w:r>
          </w:p>
          <w:p w14:paraId="61CA0CC1" w14:textId="77777777" w:rsidR="00840588" w:rsidRDefault="00000000">
            <w:r>
              <w:rPr>
                <w:color w:val="4E6C86"/>
                <w:sz w:val="19"/>
              </w:rPr>
              <w:t>https://creativecommons.org/licenses/by-sa/4.0/</w:t>
            </w:r>
          </w:p>
        </w:tc>
      </w:tr>
    </w:tbl>
    <w:p w14:paraId="14F5A9FA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Declarație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privind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drepturile</w:t>
      </w:r>
      <w:proofErr w:type="spellEnd"/>
      <w:r w:rsidRPr="008A1507">
        <w:rPr>
          <w:lang w:val="es-ES"/>
        </w:rPr>
        <w:t xml:space="preserve"> de autor / </w:t>
      </w:r>
      <w:proofErr w:type="spellStart"/>
      <w:r w:rsidRPr="008A1507">
        <w:rPr>
          <w:lang w:val="es-ES"/>
        </w:rPr>
        <w:t>sursele</w:t>
      </w:r>
      <w:proofErr w:type="spellEnd"/>
    </w:p>
    <w:p w14:paraId="2F86996A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Confirmați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printr</w:t>
      </w:r>
      <w:proofErr w:type="spellEnd"/>
      <w:r w:rsidRPr="008A1507">
        <w:rPr>
          <w:lang w:val="es-ES"/>
        </w:rPr>
        <w:t xml:space="preserve">-o formulare </w:t>
      </w:r>
      <w:proofErr w:type="spellStart"/>
      <w:r w:rsidRPr="008A1507">
        <w:rPr>
          <w:lang w:val="es-ES"/>
        </w:rPr>
        <w:t>scurtă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că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materialul</w:t>
      </w:r>
      <w:proofErr w:type="spellEnd"/>
      <w:r w:rsidRPr="008A1507">
        <w:rPr>
          <w:lang w:val="es-ES"/>
        </w:rPr>
        <w:t xml:space="preserve"> este original </w:t>
      </w:r>
      <w:proofErr w:type="spellStart"/>
      <w:r w:rsidRPr="008A1507">
        <w:rPr>
          <w:lang w:val="es-ES"/>
        </w:rPr>
        <w:t>și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sursele</w:t>
      </w:r>
      <w:proofErr w:type="spellEnd"/>
      <w:r w:rsidRPr="008A1507">
        <w:rPr>
          <w:lang w:val="es-ES"/>
        </w:rPr>
        <w:t>/</w:t>
      </w:r>
      <w:proofErr w:type="spellStart"/>
      <w:r w:rsidRPr="008A1507">
        <w:rPr>
          <w:lang w:val="es-ES"/>
        </w:rPr>
        <w:t>elementele</w:t>
      </w:r>
      <w:proofErr w:type="spellEnd"/>
      <w:r w:rsidRPr="008A1507">
        <w:rPr>
          <w:lang w:val="es-ES"/>
        </w:rPr>
        <w:t xml:space="preserve"> care </w:t>
      </w:r>
      <w:proofErr w:type="spellStart"/>
      <w:r w:rsidRPr="008A1507">
        <w:rPr>
          <w:lang w:val="es-ES"/>
        </w:rPr>
        <w:t>nu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vă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aparțin</w:t>
      </w:r>
      <w:proofErr w:type="spellEnd"/>
      <w:r w:rsidRPr="008A1507">
        <w:rPr>
          <w:lang w:val="es-ES"/>
        </w:rPr>
        <w:t xml:space="preserve"> sunt </w:t>
      </w:r>
      <w:proofErr w:type="spellStart"/>
      <w:r w:rsidRPr="008A1507">
        <w:rPr>
          <w:lang w:val="es-ES"/>
        </w:rPr>
        <w:t>menționate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corespunzător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0B1C02CA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59B836D2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</w:p>
        </w:tc>
      </w:tr>
    </w:tbl>
    <w:p w14:paraId="4CA3B375" w14:textId="77777777" w:rsidR="00840588" w:rsidRPr="008A1507" w:rsidRDefault="00840588">
      <w:pPr>
        <w:spacing w:after="0"/>
        <w:rPr>
          <w:lang w:val="es-ES"/>
        </w:rPr>
      </w:pPr>
    </w:p>
    <w:p w14:paraId="3F28728F" w14:textId="77777777" w:rsidR="00840588" w:rsidRPr="008A1507" w:rsidRDefault="00000000">
      <w:pPr>
        <w:pStyle w:val="Ttulo1"/>
        <w:rPr>
          <w:lang w:val="es-ES"/>
        </w:rPr>
      </w:pPr>
      <w:r w:rsidRPr="008A1507">
        <w:rPr>
          <w:lang w:val="es-ES"/>
        </w:rPr>
        <w:t xml:space="preserve">VI. </w:t>
      </w:r>
      <w:proofErr w:type="spellStart"/>
      <w:r w:rsidRPr="008A1507">
        <w:rPr>
          <w:lang w:val="es-ES"/>
        </w:rPr>
        <w:t>Recomandări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și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observații</w:t>
      </w:r>
      <w:proofErr w:type="spellEnd"/>
    </w:p>
    <w:p w14:paraId="0DBFB6BD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Sugestii</w:t>
      </w:r>
      <w:proofErr w:type="spellEnd"/>
      <w:r w:rsidRPr="008A1507">
        <w:rPr>
          <w:lang w:val="es-ES"/>
        </w:rPr>
        <w:t xml:space="preserve"> metodice</w:t>
      </w:r>
    </w:p>
    <w:p w14:paraId="0ED21B86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Oferiți</w:t>
      </w:r>
      <w:proofErr w:type="spellEnd"/>
      <w:r w:rsidRPr="008A1507">
        <w:rPr>
          <w:lang w:val="es-ES"/>
        </w:rPr>
        <w:t xml:space="preserve"> 2–5 </w:t>
      </w:r>
      <w:proofErr w:type="spellStart"/>
      <w:r w:rsidRPr="008A1507">
        <w:rPr>
          <w:lang w:val="es-ES"/>
        </w:rPr>
        <w:t>recomandări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practice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profesorii</w:t>
      </w:r>
      <w:proofErr w:type="spellEnd"/>
      <w:r w:rsidRPr="008A1507">
        <w:rPr>
          <w:lang w:val="es-ES"/>
        </w:rPr>
        <w:t xml:space="preserve"> care </w:t>
      </w:r>
      <w:proofErr w:type="spellStart"/>
      <w:r w:rsidRPr="008A1507">
        <w:rPr>
          <w:lang w:val="es-ES"/>
        </w:rPr>
        <w:t>vor</w:t>
      </w:r>
      <w:proofErr w:type="spellEnd"/>
      <w:r w:rsidRPr="008A1507">
        <w:rPr>
          <w:lang w:val="es-ES"/>
        </w:rPr>
        <w:t xml:space="preserve"> utiliza </w:t>
      </w:r>
      <w:proofErr w:type="spellStart"/>
      <w:r w:rsidRPr="008A1507">
        <w:rPr>
          <w:lang w:val="es-ES"/>
        </w:rPr>
        <w:t>jocul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38FC31EE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2D769343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</w:p>
        </w:tc>
      </w:tr>
    </w:tbl>
    <w:p w14:paraId="3E1440F7" w14:textId="77777777" w:rsidR="00840588" w:rsidRPr="008A1507" w:rsidRDefault="00840588">
      <w:pPr>
        <w:spacing w:after="0"/>
        <w:rPr>
          <w:lang w:val="es-ES"/>
        </w:rPr>
      </w:pPr>
    </w:p>
    <w:p w14:paraId="2A0D24D7" w14:textId="77777777" w:rsidR="00840588" w:rsidRPr="008A1507" w:rsidRDefault="00000000">
      <w:pPr>
        <w:pStyle w:val="FieldLabel"/>
        <w:keepNext/>
        <w:rPr>
          <w:lang w:val="es-ES"/>
        </w:rPr>
      </w:pPr>
      <w:r w:rsidRPr="008A1507">
        <w:rPr>
          <w:lang w:val="es-ES"/>
        </w:rPr>
        <w:t xml:space="preserve">Adaptare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nevoi</w:t>
      </w:r>
      <w:proofErr w:type="spellEnd"/>
      <w:r w:rsidRPr="008A1507">
        <w:rPr>
          <w:lang w:val="es-ES"/>
        </w:rPr>
        <w:t xml:space="preserve"> diverse</w:t>
      </w:r>
    </w:p>
    <w:p w14:paraId="554B0F2A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Explicați</w:t>
      </w:r>
      <w:proofErr w:type="spellEnd"/>
      <w:r w:rsidRPr="008A1507">
        <w:rPr>
          <w:lang w:val="es-ES"/>
        </w:rPr>
        <w:t xml:space="preserve"> cum </w:t>
      </w:r>
      <w:proofErr w:type="spellStart"/>
      <w:r w:rsidRPr="008A1507">
        <w:rPr>
          <w:lang w:val="es-ES"/>
        </w:rPr>
        <w:t>poate</w:t>
      </w:r>
      <w:proofErr w:type="spellEnd"/>
      <w:r w:rsidRPr="008A1507">
        <w:rPr>
          <w:lang w:val="es-ES"/>
        </w:rPr>
        <w:t xml:space="preserve"> fi </w:t>
      </w:r>
      <w:proofErr w:type="spellStart"/>
      <w:r w:rsidRPr="008A1507">
        <w:rPr>
          <w:lang w:val="es-ES"/>
        </w:rPr>
        <w:t>simplificat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diferențiat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sau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adaptat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elevi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ritmuri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stiluri</w:t>
      </w:r>
      <w:proofErr w:type="spellEnd"/>
      <w:r w:rsidRPr="008A1507">
        <w:rPr>
          <w:lang w:val="es-ES"/>
        </w:rPr>
        <w:t xml:space="preserve"> ori </w:t>
      </w:r>
      <w:proofErr w:type="spellStart"/>
      <w:r w:rsidRPr="008A1507">
        <w:rPr>
          <w:lang w:val="es-ES"/>
        </w:rPr>
        <w:t>nevoi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diferite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inclusiv</w:t>
      </w:r>
      <w:proofErr w:type="spellEnd"/>
      <w:r w:rsidRPr="008A1507">
        <w:rPr>
          <w:lang w:val="es-ES"/>
        </w:rPr>
        <w:t xml:space="preserve"> CES, </w:t>
      </w:r>
      <w:proofErr w:type="spellStart"/>
      <w:r w:rsidRPr="008A1507">
        <w:rPr>
          <w:lang w:val="es-ES"/>
        </w:rPr>
        <w:t>dacă</w:t>
      </w:r>
      <w:proofErr w:type="spellEnd"/>
      <w:r w:rsidRPr="008A1507">
        <w:rPr>
          <w:lang w:val="es-ES"/>
        </w:rPr>
        <w:t xml:space="preserve"> este </w:t>
      </w:r>
      <w:proofErr w:type="spellStart"/>
      <w:r w:rsidRPr="008A1507">
        <w:rPr>
          <w:lang w:val="es-ES"/>
        </w:rPr>
        <w:t>cazul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5EC9431E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3B91ADE7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</w:p>
        </w:tc>
      </w:tr>
    </w:tbl>
    <w:p w14:paraId="6A20CBAF" w14:textId="77777777" w:rsidR="00840588" w:rsidRPr="008A1507" w:rsidRDefault="00840588">
      <w:pPr>
        <w:spacing w:after="0"/>
        <w:rPr>
          <w:lang w:val="es-ES"/>
        </w:rPr>
      </w:pPr>
    </w:p>
    <w:p w14:paraId="0732E719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lastRenderedPageBreak/>
        <w:t>Extensii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posibile</w:t>
      </w:r>
      <w:proofErr w:type="spellEnd"/>
    </w:p>
    <w:p w14:paraId="46D85A7C" w14:textId="77777777" w:rsidR="00840588" w:rsidRPr="008A1507" w:rsidRDefault="00000000">
      <w:pPr>
        <w:pStyle w:val="Instruction"/>
        <w:keepNext/>
        <w:rPr>
          <w:lang w:val="es-ES"/>
        </w:rPr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Sugerați</w:t>
      </w:r>
      <w:proofErr w:type="spellEnd"/>
      <w:r w:rsidRPr="008A1507">
        <w:rPr>
          <w:lang w:val="es-ES"/>
        </w:rPr>
        <w:t xml:space="preserve"> variante de continuare, </w:t>
      </w:r>
      <w:proofErr w:type="spellStart"/>
      <w:r w:rsidRPr="008A1507">
        <w:rPr>
          <w:lang w:val="es-ES"/>
        </w:rPr>
        <w:t>niveluri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mai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dificile</w:t>
      </w:r>
      <w:proofErr w:type="spellEnd"/>
      <w:r w:rsidRPr="008A1507">
        <w:rPr>
          <w:lang w:val="es-ES"/>
        </w:rPr>
        <w:t xml:space="preserve">, alte discipline </w:t>
      </w:r>
      <w:proofErr w:type="spellStart"/>
      <w:r w:rsidRPr="008A1507">
        <w:rPr>
          <w:lang w:val="es-ES"/>
        </w:rPr>
        <w:t>sau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contexte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</w:t>
      </w:r>
      <w:proofErr w:type="spellEnd"/>
      <w:r w:rsidRPr="008A1507">
        <w:rPr>
          <w:lang w:val="es-ES"/>
        </w:rPr>
        <w:t xml:space="preserve"> care </w:t>
      </w:r>
      <w:proofErr w:type="spellStart"/>
      <w:r w:rsidRPr="008A1507">
        <w:rPr>
          <w:lang w:val="es-ES"/>
        </w:rPr>
        <w:t>jocul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poate</w:t>
      </w:r>
      <w:proofErr w:type="spellEnd"/>
      <w:r w:rsidRPr="008A1507">
        <w:rPr>
          <w:lang w:val="es-ES"/>
        </w:rPr>
        <w:t xml:space="preserve"> fi </w:t>
      </w:r>
      <w:proofErr w:type="spellStart"/>
      <w:r w:rsidRPr="008A1507">
        <w:rPr>
          <w:lang w:val="es-ES"/>
        </w:rPr>
        <w:t>adaptat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22329FA3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75142DEC" w14:textId="77777777" w:rsidR="00840588" w:rsidRPr="008A1507" w:rsidRDefault="00000000">
            <w:pPr>
              <w:spacing w:after="0"/>
              <w:rPr>
                <w:lang w:val="es-ES"/>
              </w:rPr>
            </w:pPr>
            <w:r w:rsidRPr="008A1507">
              <w:rPr>
                <w:i/>
                <w:color w:val="9AA1A8"/>
                <w:sz w:val="18"/>
                <w:lang w:val="es-ES"/>
              </w:rPr>
              <w:t xml:space="preserve">[COMPLETAȚI AICI –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apoi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ștergeți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această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i/>
                <w:color w:val="9AA1A8"/>
                <w:sz w:val="18"/>
                <w:lang w:val="es-ES"/>
              </w:rPr>
              <w:t>indicație</w:t>
            </w:r>
            <w:proofErr w:type="spellEnd"/>
            <w:r w:rsidRPr="008A1507">
              <w:rPr>
                <w:i/>
                <w:color w:val="9AA1A8"/>
                <w:sz w:val="18"/>
                <w:lang w:val="es-ES"/>
              </w:rPr>
              <w:t>]</w:t>
            </w:r>
            <w:r w:rsidRPr="008A1507">
              <w:rPr>
                <w:lang w:val="es-ES"/>
              </w:rPr>
              <w:br/>
            </w:r>
            <w:r w:rsidRPr="008A1507">
              <w:rPr>
                <w:lang w:val="es-ES"/>
              </w:rPr>
              <w:br/>
            </w:r>
          </w:p>
        </w:tc>
      </w:tr>
    </w:tbl>
    <w:p w14:paraId="0B22EF15" w14:textId="77777777" w:rsidR="00840588" w:rsidRPr="008A1507" w:rsidRDefault="00840588">
      <w:pPr>
        <w:spacing w:after="0"/>
        <w:rPr>
          <w:lang w:val="es-ES"/>
        </w:rPr>
      </w:pPr>
    </w:p>
    <w:p w14:paraId="563ABB50" w14:textId="77777777" w:rsidR="00840588" w:rsidRPr="008A1507" w:rsidRDefault="00000000">
      <w:pPr>
        <w:pStyle w:val="FieldLabel"/>
        <w:keepNext/>
        <w:rPr>
          <w:lang w:val="es-ES"/>
        </w:rPr>
      </w:pPr>
      <w:proofErr w:type="spellStart"/>
      <w:r w:rsidRPr="008A1507">
        <w:rPr>
          <w:lang w:val="es-ES"/>
        </w:rPr>
        <w:t>Observații</w:t>
      </w:r>
      <w:proofErr w:type="spellEnd"/>
      <w:r w:rsidRPr="008A1507">
        <w:rPr>
          <w:lang w:val="es-ES"/>
        </w:rPr>
        <w:t xml:space="preserve"> ale </w:t>
      </w:r>
      <w:proofErr w:type="spellStart"/>
      <w:r w:rsidRPr="008A1507">
        <w:rPr>
          <w:lang w:val="es-ES"/>
        </w:rPr>
        <w:t>autorului</w:t>
      </w:r>
      <w:proofErr w:type="spellEnd"/>
    </w:p>
    <w:p w14:paraId="2630DF3B" w14:textId="77777777" w:rsidR="00840588" w:rsidRDefault="00000000">
      <w:pPr>
        <w:pStyle w:val="Instruction"/>
        <w:keepNext/>
      </w:pPr>
      <w:r w:rsidRPr="008A1507">
        <w:rPr>
          <w:lang w:val="es-ES"/>
        </w:rPr>
        <w:t xml:space="preserve">INDICAȚIE DE COMPLETARE – SE ȘTERGE: </w:t>
      </w:r>
      <w:proofErr w:type="spellStart"/>
      <w:r w:rsidRPr="008A1507">
        <w:rPr>
          <w:lang w:val="es-ES"/>
        </w:rPr>
        <w:t>Adăugați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dacă</w:t>
      </w:r>
      <w:proofErr w:type="spellEnd"/>
      <w:r w:rsidRPr="008A1507">
        <w:rPr>
          <w:lang w:val="es-ES"/>
        </w:rPr>
        <w:t xml:space="preserve"> este </w:t>
      </w:r>
      <w:proofErr w:type="spellStart"/>
      <w:r w:rsidRPr="008A1507">
        <w:rPr>
          <w:lang w:val="es-ES"/>
        </w:rPr>
        <w:t>necesar</w:t>
      </w:r>
      <w:proofErr w:type="spellEnd"/>
      <w:r w:rsidRPr="008A1507">
        <w:rPr>
          <w:lang w:val="es-ES"/>
        </w:rPr>
        <w:t xml:space="preserve">, </w:t>
      </w:r>
      <w:proofErr w:type="spellStart"/>
      <w:r w:rsidRPr="008A1507">
        <w:rPr>
          <w:lang w:val="es-ES"/>
        </w:rPr>
        <w:t>precizări</w:t>
      </w:r>
      <w:proofErr w:type="spellEnd"/>
      <w:r w:rsidRPr="008A1507">
        <w:rPr>
          <w:lang w:val="es-ES"/>
        </w:rPr>
        <w:t xml:space="preserve"> care </w:t>
      </w:r>
      <w:proofErr w:type="spellStart"/>
      <w:r w:rsidRPr="008A1507">
        <w:rPr>
          <w:lang w:val="es-ES"/>
        </w:rPr>
        <w:t>nu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fost</w:t>
      </w:r>
      <w:proofErr w:type="spellEnd"/>
      <w:r w:rsidRPr="008A1507">
        <w:rPr>
          <w:lang w:val="es-ES"/>
        </w:rPr>
        <w:t xml:space="preserve"> incluse </w:t>
      </w:r>
      <w:proofErr w:type="spellStart"/>
      <w:r w:rsidRPr="008A1507">
        <w:rPr>
          <w:lang w:val="es-ES"/>
        </w:rPr>
        <w:t>în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secțiunile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anterioare</w:t>
      </w:r>
      <w:proofErr w:type="spellEnd"/>
      <w:r w:rsidRPr="008A1507">
        <w:rPr>
          <w:lang w:val="es-ES"/>
        </w:rPr>
        <w:t xml:space="preserve">. </w:t>
      </w:r>
      <w:proofErr w:type="spellStart"/>
      <w:r>
        <w:t>Dacă</w:t>
      </w:r>
      <w:proofErr w:type="spellEnd"/>
      <w:r>
        <w:t xml:space="preserve"> nu </w:t>
      </w:r>
      <w:proofErr w:type="spellStart"/>
      <w:r>
        <w:t>aveți</w:t>
      </w:r>
      <w:proofErr w:type="spellEnd"/>
      <w:r>
        <w:t xml:space="preserve"> </w:t>
      </w:r>
      <w:proofErr w:type="spellStart"/>
      <w:r>
        <w:t>observații</w:t>
      </w:r>
      <w:proofErr w:type="spellEnd"/>
      <w:r>
        <w:t>, ștergeți acest câmp.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200"/>
      </w:tblGrid>
      <w:tr w:rsidR="00840588" w14:paraId="178C494B" w14:textId="77777777">
        <w:trPr>
          <w:cantSplit/>
          <w:jc w:val="center"/>
        </w:trPr>
        <w:tc>
          <w:tcPr>
            <w:tcW w:w="10200" w:type="dxa"/>
            <w:tcBorders>
              <w:top w:val="single" w:sz="6" w:space="0" w:color="D9E1E5"/>
              <w:left w:val="single" w:sz="6" w:space="0" w:color="D9E1E5"/>
              <w:bottom w:val="single" w:sz="6" w:space="0" w:color="D9E1E5"/>
              <w:right w:val="single" w:sz="6" w:space="0" w:color="D9E1E5"/>
            </w:tcBorders>
            <w:tcMar>
              <w:top w:w="85" w:type="dxa"/>
              <w:left w:w="110" w:type="dxa"/>
              <w:bottom w:w="85" w:type="dxa"/>
              <w:right w:w="110" w:type="dxa"/>
            </w:tcMar>
          </w:tcPr>
          <w:p w14:paraId="3BF094E1" w14:textId="77777777" w:rsidR="00840588" w:rsidRDefault="00000000">
            <w:pPr>
              <w:spacing w:after="0"/>
            </w:pPr>
            <w:r>
              <w:rPr>
                <w:i/>
                <w:color w:val="9AA1A8"/>
                <w:sz w:val="18"/>
              </w:rPr>
              <w:t>[COMPLETAȚI AICI – apoi ștergeți această indicație]</w:t>
            </w:r>
            <w:r>
              <w:br/>
            </w:r>
            <w:r>
              <w:br/>
            </w:r>
          </w:p>
        </w:tc>
      </w:tr>
    </w:tbl>
    <w:p w14:paraId="7BE475A5" w14:textId="77777777" w:rsidR="00840588" w:rsidRDefault="00840588">
      <w:pPr>
        <w:spacing w:after="0"/>
      </w:pPr>
    </w:p>
    <w:p w14:paraId="06822C03" w14:textId="77777777" w:rsidR="00840588" w:rsidRDefault="00000000">
      <w:r>
        <w:br w:type="page"/>
      </w:r>
    </w:p>
    <w:p w14:paraId="4ADF2650" w14:textId="77777777" w:rsidR="00840588" w:rsidRPr="008A1507" w:rsidRDefault="00000000">
      <w:pPr>
        <w:pStyle w:val="Ttulo1"/>
        <w:rPr>
          <w:lang w:val="es-ES"/>
        </w:rPr>
      </w:pPr>
      <w:r w:rsidRPr="008A1507">
        <w:rPr>
          <w:lang w:val="es-ES"/>
        </w:rPr>
        <w:lastRenderedPageBreak/>
        <w:t>VERIFICARE FINALĂ – ȘTERGEȚI ÎNTREAGA PAGINĂ ÎNAINTE DE TRIMITERE</w:t>
      </w:r>
    </w:p>
    <w:p w14:paraId="6DCD9FE1" w14:textId="77777777" w:rsidR="00840588" w:rsidRPr="008A1507" w:rsidRDefault="00000000">
      <w:pPr>
        <w:pStyle w:val="Instruction"/>
        <w:keepNext/>
        <w:rPr>
          <w:lang w:val="es-ES"/>
        </w:rPr>
      </w:pPr>
      <w:proofErr w:type="spellStart"/>
      <w:r w:rsidRPr="008A1507">
        <w:rPr>
          <w:lang w:val="es-ES"/>
        </w:rPr>
        <w:t>Folosiți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această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listă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doar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pentru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verificarea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fișei</w:t>
      </w:r>
      <w:proofErr w:type="spellEnd"/>
      <w:r w:rsidRPr="008A1507">
        <w:rPr>
          <w:lang w:val="es-ES"/>
        </w:rPr>
        <w:t xml:space="preserve">. </w:t>
      </w:r>
      <w:proofErr w:type="spellStart"/>
      <w:r w:rsidRPr="008A1507">
        <w:rPr>
          <w:lang w:val="es-ES"/>
        </w:rPr>
        <w:t>După</w:t>
      </w:r>
      <w:proofErr w:type="spellEnd"/>
      <w:r w:rsidRPr="008A1507">
        <w:rPr>
          <w:lang w:val="es-ES"/>
        </w:rPr>
        <w:t xml:space="preserve"> verificare, </w:t>
      </w:r>
      <w:proofErr w:type="spellStart"/>
      <w:r w:rsidRPr="008A1507">
        <w:rPr>
          <w:lang w:val="es-ES"/>
        </w:rPr>
        <w:t>ștergeți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această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pagină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întregime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înainte</w:t>
      </w:r>
      <w:proofErr w:type="spellEnd"/>
      <w:r w:rsidRPr="008A1507">
        <w:rPr>
          <w:lang w:val="es-ES"/>
        </w:rPr>
        <w:t xml:space="preserve"> de </w:t>
      </w:r>
      <w:proofErr w:type="spellStart"/>
      <w:r w:rsidRPr="008A1507">
        <w:rPr>
          <w:lang w:val="es-ES"/>
        </w:rPr>
        <w:t>încărcarea</w:t>
      </w:r>
      <w:proofErr w:type="spellEnd"/>
      <w:r w:rsidRPr="008A1507">
        <w:rPr>
          <w:lang w:val="es-ES"/>
        </w:rPr>
        <w:t xml:space="preserve"> </w:t>
      </w:r>
      <w:proofErr w:type="spellStart"/>
      <w:r w:rsidRPr="008A1507">
        <w:rPr>
          <w:lang w:val="es-ES"/>
        </w:rPr>
        <w:t>documentului</w:t>
      </w:r>
      <w:proofErr w:type="spellEnd"/>
      <w:r w:rsidRPr="008A1507">
        <w:rPr>
          <w:lang w:val="es-ES"/>
        </w:rPr>
        <w:t xml:space="preserve"> pe </w:t>
      </w:r>
      <w:proofErr w:type="spellStart"/>
      <w:r w:rsidRPr="008A1507">
        <w:rPr>
          <w:lang w:val="es-ES"/>
        </w:rPr>
        <w:t>platformă</w:t>
      </w:r>
      <w:proofErr w:type="spellEnd"/>
      <w:r w:rsidRPr="008A1507">
        <w:rPr>
          <w:lang w:val="es-ES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0"/>
      </w:tblGrid>
      <w:tr w:rsidR="00840588" w:rsidRPr="008A1507" w14:paraId="7997CCF7" w14:textId="77777777">
        <w:tc>
          <w:tcPr>
            <w:tcW w:w="10200" w:type="dxa"/>
            <w:tcBorders>
              <w:top w:val="single" w:sz="8" w:space="0" w:color="D8B84A"/>
              <w:left w:val="single" w:sz="8" w:space="0" w:color="D8B84A"/>
              <w:bottom w:val="single" w:sz="8" w:space="0" w:color="D8B84A"/>
              <w:right w:val="single" w:sz="8" w:space="0" w:color="D8B84A"/>
            </w:tcBorders>
            <w:shd w:val="clear" w:color="auto" w:fill="FFF4CC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047B6C42" w14:textId="77777777" w:rsidR="00840588" w:rsidRPr="008A1507" w:rsidRDefault="00000000">
            <w:pPr>
              <w:spacing w:after="60"/>
              <w:rPr>
                <w:lang w:val="es-ES"/>
              </w:rPr>
            </w:pPr>
            <w:r w:rsidRPr="008A1507">
              <w:rPr>
                <w:sz w:val="18"/>
                <w:lang w:val="es-ES"/>
              </w:rPr>
              <w:t xml:space="preserve">☐ Am </w:t>
            </w:r>
            <w:proofErr w:type="spellStart"/>
            <w:r w:rsidRPr="008A1507">
              <w:rPr>
                <w:sz w:val="18"/>
                <w:lang w:val="es-ES"/>
              </w:rPr>
              <w:t>șters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toate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indicațiile</w:t>
            </w:r>
            <w:proofErr w:type="spellEnd"/>
            <w:r w:rsidRPr="008A1507">
              <w:rPr>
                <w:sz w:val="18"/>
                <w:lang w:val="es-ES"/>
              </w:rPr>
              <w:t xml:space="preserve"> de completare, </w:t>
            </w:r>
            <w:proofErr w:type="spellStart"/>
            <w:r w:rsidRPr="008A1507">
              <w:rPr>
                <w:sz w:val="18"/>
                <w:lang w:val="es-ES"/>
              </w:rPr>
              <w:t>exemplele</w:t>
            </w:r>
            <w:proofErr w:type="spellEnd"/>
            <w:r w:rsidRPr="008A1507">
              <w:rPr>
                <w:sz w:val="18"/>
                <w:lang w:val="es-ES"/>
              </w:rPr>
              <w:t xml:space="preserve"> orientative </w:t>
            </w:r>
            <w:proofErr w:type="spellStart"/>
            <w:r w:rsidRPr="008A1507">
              <w:rPr>
                <w:sz w:val="18"/>
                <w:lang w:val="es-ES"/>
              </w:rPr>
              <w:t>și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marcajele</w:t>
            </w:r>
            <w:proofErr w:type="spellEnd"/>
            <w:r w:rsidRPr="008A1507">
              <w:rPr>
                <w:sz w:val="18"/>
                <w:lang w:val="es-ES"/>
              </w:rPr>
              <w:t xml:space="preserve"> „COMPLETAȚI AICI”.</w:t>
            </w:r>
          </w:p>
          <w:p w14:paraId="0DF4DAA6" w14:textId="77777777" w:rsidR="00840588" w:rsidRPr="008A1507" w:rsidRDefault="00000000">
            <w:pPr>
              <w:spacing w:after="60"/>
              <w:rPr>
                <w:lang w:val="es-ES"/>
              </w:rPr>
            </w:pPr>
            <w:r w:rsidRPr="008A1507">
              <w:rPr>
                <w:sz w:val="18"/>
                <w:lang w:val="es-ES"/>
              </w:rPr>
              <w:t xml:space="preserve">☐ Am </w:t>
            </w:r>
            <w:proofErr w:type="spellStart"/>
            <w:r w:rsidRPr="008A1507">
              <w:rPr>
                <w:sz w:val="18"/>
                <w:lang w:val="es-ES"/>
              </w:rPr>
              <w:t>păstrat</w:t>
            </w:r>
            <w:proofErr w:type="spellEnd"/>
            <w:r w:rsidRPr="008A1507">
              <w:rPr>
                <w:sz w:val="18"/>
                <w:lang w:val="es-ES"/>
              </w:rPr>
              <w:t xml:space="preserve"> o </w:t>
            </w:r>
            <w:proofErr w:type="spellStart"/>
            <w:r w:rsidRPr="008A1507">
              <w:rPr>
                <w:sz w:val="18"/>
                <w:lang w:val="es-ES"/>
              </w:rPr>
              <w:t>singură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secțiune</w:t>
            </w:r>
            <w:proofErr w:type="spellEnd"/>
            <w:r w:rsidRPr="008A1507">
              <w:rPr>
                <w:sz w:val="18"/>
                <w:lang w:val="es-ES"/>
              </w:rPr>
              <w:t xml:space="preserve"> a </w:t>
            </w:r>
            <w:proofErr w:type="spellStart"/>
            <w:r w:rsidRPr="008A1507">
              <w:rPr>
                <w:sz w:val="18"/>
                <w:lang w:val="es-ES"/>
              </w:rPr>
              <w:t>ghidului</w:t>
            </w:r>
            <w:proofErr w:type="spellEnd"/>
            <w:r w:rsidRPr="008A1507">
              <w:rPr>
                <w:sz w:val="18"/>
                <w:lang w:val="es-ES"/>
              </w:rPr>
              <w:t xml:space="preserve">, cea </w:t>
            </w:r>
            <w:proofErr w:type="spellStart"/>
            <w:r w:rsidRPr="008A1507">
              <w:rPr>
                <w:sz w:val="18"/>
                <w:lang w:val="es-ES"/>
              </w:rPr>
              <w:t>potrivită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jocului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meu</w:t>
            </w:r>
            <w:proofErr w:type="spellEnd"/>
            <w:r w:rsidRPr="008A1507">
              <w:rPr>
                <w:sz w:val="18"/>
                <w:lang w:val="es-ES"/>
              </w:rPr>
              <w:t>.</w:t>
            </w:r>
          </w:p>
          <w:p w14:paraId="0574CE67" w14:textId="77777777" w:rsidR="00840588" w:rsidRPr="008A1507" w:rsidRDefault="00000000">
            <w:pPr>
              <w:spacing w:after="60"/>
              <w:rPr>
                <w:lang w:val="es-ES"/>
              </w:rPr>
            </w:pPr>
            <w:r w:rsidRPr="008A1507">
              <w:rPr>
                <w:sz w:val="18"/>
                <w:lang w:val="es-ES"/>
              </w:rPr>
              <w:t xml:space="preserve">☐ Am </w:t>
            </w:r>
            <w:proofErr w:type="spellStart"/>
            <w:r w:rsidRPr="008A1507">
              <w:rPr>
                <w:sz w:val="18"/>
                <w:lang w:val="es-ES"/>
              </w:rPr>
              <w:t>verificat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numele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autorului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și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denumirea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completă</w:t>
            </w:r>
            <w:proofErr w:type="spellEnd"/>
            <w:r w:rsidRPr="008A1507">
              <w:rPr>
                <w:sz w:val="18"/>
                <w:lang w:val="es-ES"/>
              </w:rPr>
              <w:t xml:space="preserve"> a </w:t>
            </w:r>
            <w:proofErr w:type="spellStart"/>
            <w:r w:rsidRPr="008A1507">
              <w:rPr>
                <w:sz w:val="18"/>
                <w:lang w:val="es-ES"/>
              </w:rPr>
              <w:t>instituției</w:t>
            </w:r>
            <w:proofErr w:type="spellEnd"/>
            <w:r w:rsidRPr="008A1507">
              <w:rPr>
                <w:sz w:val="18"/>
                <w:lang w:val="es-ES"/>
              </w:rPr>
              <w:t>.</w:t>
            </w:r>
          </w:p>
          <w:p w14:paraId="6D1EEC74" w14:textId="77777777" w:rsidR="00840588" w:rsidRPr="008A1507" w:rsidRDefault="00000000">
            <w:pPr>
              <w:spacing w:after="60"/>
              <w:rPr>
                <w:lang w:val="es-ES"/>
              </w:rPr>
            </w:pPr>
            <w:r w:rsidRPr="008A1507">
              <w:rPr>
                <w:sz w:val="18"/>
                <w:lang w:val="es-ES"/>
              </w:rPr>
              <w:t xml:space="preserve">☐ </w:t>
            </w:r>
            <w:proofErr w:type="spellStart"/>
            <w:r w:rsidRPr="008A1507">
              <w:rPr>
                <w:sz w:val="18"/>
                <w:lang w:val="es-ES"/>
              </w:rPr>
              <w:t>Descrierea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jocului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conține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reguli</w:t>
            </w:r>
            <w:proofErr w:type="spellEnd"/>
            <w:r w:rsidRPr="008A1507">
              <w:rPr>
                <w:sz w:val="18"/>
                <w:lang w:val="es-ES"/>
              </w:rPr>
              <w:t xml:space="preserve">, </w:t>
            </w:r>
            <w:proofErr w:type="spellStart"/>
            <w:r w:rsidRPr="008A1507">
              <w:rPr>
                <w:sz w:val="18"/>
                <w:lang w:val="es-ES"/>
              </w:rPr>
              <w:t>pași</w:t>
            </w:r>
            <w:proofErr w:type="spellEnd"/>
            <w:r w:rsidRPr="008A1507">
              <w:rPr>
                <w:sz w:val="18"/>
                <w:lang w:val="es-ES"/>
              </w:rPr>
              <w:t xml:space="preserve"> de </w:t>
            </w:r>
            <w:proofErr w:type="spellStart"/>
            <w:r w:rsidRPr="008A1507">
              <w:rPr>
                <w:sz w:val="18"/>
                <w:lang w:val="es-ES"/>
              </w:rPr>
              <w:t>desfășurare</w:t>
            </w:r>
            <w:proofErr w:type="spellEnd"/>
            <w:r w:rsidRPr="008A1507">
              <w:rPr>
                <w:sz w:val="18"/>
                <w:lang w:val="es-ES"/>
              </w:rPr>
              <w:t xml:space="preserve">, </w:t>
            </w:r>
            <w:proofErr w:type="spellStart"/>
            <w:r w:rsidRPr="008A1507">
              <w:rPr>
                <w:sz w:val="18"/>
                <w:lang w:val="es-ES"/>
              </w:rPr>
              <w:t>resurse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și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modul</w:t>
            </w:r>
            <w:proofErr w:type="spellEnd"/>
            <w:r w:rsidRPr="008A1507">
              <w:rPr>
                <w:sz w:val="18"/>
                <w:lang w:val="es-ES"/>
              </w:rPr>
              <w:t xml:space="preserve"> de utilizare.</w:t>
            </w:r>
          </w:p>
          <w:p w14:paraId="56621055" w14:textId="77777777" w:rsidR="00840588" w:rsidRPr="008A1507" w:rsidRDefault="00000000">
            <w:pPr>
              <w:spacing w:after="60"/>
              <w:rPr>
                <w:lang w:val="es-ES"/>
              </w:rPr>
            </w:pPr>
            <w:r w:rsidRPr="008A1507">
              <w:rPr>
                <w:sz w:val="18"/>
                <w:lang w:val="es-ES"/>
              </w:rPr>
              <w:t xml:space="preserve">☐ </w:t>
            </w:r>
            <w:proofErr w:type="spellStart"/>
            <w:r w:rsidRPr="008A1507">
              <w:rPr>
                <w:sz w:val="18"/>
                <w:lang w:val="es-ES"/>
              </w:rPr>
              <w:t>Dacă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jocul</w:t>
            </w:r>
            <w:proofErr w:type="spellEnd"/>
            <w:r w:rsidRPr="008A1507">
              <w:rPr>
                <w:sz w:val="18"/>
                <w:lang w:val="es-ES"/>
              </w:rPr>
              <w:t xml:space="preserve"> este digital, </w:t>
            </w:r>
            <w:proofErr w:type="spellStart"/>
            <w:r w:rsidRPr="008A1507">
              <w:rPr>
                <w:sz w:val="18"/>
                <w:lang w:val="es-ES"/>
              </w:rPr>
              <w:t>linkul</w:t>
            </w:r>
            <w:proofErr w:type="spellEnd"/>
            <w:r w:rsidRPr="008A1507">
              <w:rPr>
                <w:sz w:val="18"/>
                <w:lang w:val="es-ES"/>
              </w:rPr>
              <w:t xml:space="preserve"> este </w:t>
            </w:r>
            <w:proofErr w:type="spellStart"/>
            <w:r w:rsidRPr="008A1507">
              <w:rPr>
                <w:sz w:val="18"/>
                <w:lang w:val="es-ES"/>
              </w:rPr>
              <w:t>public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și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funcționează</w:t>
            </w:r>
            <w:proofErr w:type="spellEnd"/>
            <w:r w:rsidRPr="008A1507">
              <w:rPr>
                <w:sz w:val="18"/>
                <w:lang w:val="es-ES"/>
              </w:rPr>
              <w:t>.</w:t>
            </w:r>
          </w:p>
          <w:p w14:paraId="0B195FD4" w14:textId="77777777" w:rsidR="00840588" w:rsidRDefault="00000000">
            <w:pPr>
              <w:spacing w:after="60"/>
            </w:pPr>
            <w:r>
              <w:rPr>
                <w:sz w:val="18"/>
              </w:rPr>
              <w:t xml:space="preserve">☐ Am </w:t>
            </w:r>
            <w:proofErr w:type="spellStart"/>
            <w:r>
              <w:rPr>
                <w:sz w:val="18"/>
              </w:rPr>
              <w:t>menționat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sursele</w:t>
            </w:r>
            <w:proofErr w:type="spellEnd"/>
            <w:r>
              <w:rPr>
                <w:sz w:val="18"/>
              </w:rPr>
              <w:t xml:space="preserve"> pentru toate elementele care nu îmi aparțin.</w:t>
            </w:r>
          </w:p>
          <w:p w14:paraId="677DFE69" w14:textId="77777777" w:rsidR="00840588" w:rsidRDefault="00000000">
            <w:pPr>
              <w:spacing w:after="60"/>
            </w:pPr>
            <w:r>
              <w:rPr>
                <w:sz w:val="18"/>
              </w:rPr>
              <w:t>☐ Am inclus licența Creative Commons și am înlocuit [Nume și prenume autor] cu numele real.</w:t>
            </w:r>
          </w:p>
          <w:p w14:paraId="6795FD66" w14:textId="77777777" w:rsidR="00840588" w:rsidRPr="008A1507" w:rsidRDefault="00000000">
            <w:pPr>
              <w:spacing w:after="60"/>
              <w:rPr>
                <w:lang w:val="es-ES"/>
              </w:rPr>
            </w:pPr>
            <w:r w:rsidRPr="008A1507">
              <w:rPr>
                <w:sz w:val="18"/>
                <w:lang w:val="es-ES"/>
              </w:rPr>
              <w:t xml:space="preserve">☐ </w:t>
            </w:r>
            <w:proofErr w:type="spellStart"/>
            <w:r w:rsidRPr="008A1507">
              <w:rPr>
                <w:sz w:val="18"/>
                <w:lang w:val="es-ES"/>
              </w:rPr>
              <w:t>Dacă</w:t>
            </w:r>
            <w:proofErr w:type="spellEnd"/>
            <w:r w:rsidRPr="008A1507">
              <w:rPr>
                <w:sz w:val="18"/>
                <w:lang w:val="es-ES"/>
              </w:rPr>
              <w:t xml:space="preserve"> am </w:t>
            </w:r>
            <w:proofErr w:type="spellStart"/>
            <w:r w:rsidRPr="008A1507">
              <w:rPr>
                <w:sz w:val="18"/>
                <w:lang w:val="es-ES"/>
              </w:rPr>
              <w:t>inclus</w:t>
            </w:r>
            <w:proofErr w:type="spellEnd"/>
            <w:r w:rsidRPr="008A1507">
              <w:rPr>
                <w:sz w:val="18"/>
                <w:lang w:val="es-ES"/>
              </w:rPr>
              <w:t xml:space="preserve"> o imagine </w:t>
            </w:r>
            <w:proofErr w:type="spellStart"/>
            <w:r w:rsidRPr="008A1507">
              <w:rPr>
                <w:sz w:val="18"/>
                <w:lang w:val="es-ES"/>
              </w:rPr>
              <w:t>cu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elevi</w:t>
            </w:r>
            <w:proofErr w:type="spellEnd"/>
            <w:r w:rsidRPr="008A1507">
              <w:rPr>
                <w:sz w:val="18"/>
                <w:lang w:val="es-ES"/>
              </w:rPr>
              <w:t xml:space="preserve">, </w:t>
            </w:r>
            <w:proofErr w:type="spellStart"/>
            <w:r w:rsidRPr="008A1507">
              <w:rPr>
                <w:sz w:val="18"/>
                <w:lang w:val="es-ES"/>
              </w:rPr>
              <w:t>dețin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acordul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necesar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pentru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utilizarea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ei</w:t>
            </w:r>
            <w:proofErr w:type="spellEnd"/>
            <w:r w:rsidRPr="008A1507">
              <w:rPr>
                <w:sz w:val="18"/>
                <w:lang w:val="es-ES"/>
              </w:rPr>
              <w:t>.</w:t>
            </w:r>
          </w:p>
          <w:p w14:paraId="00272A8B" w14:textId="77777777" w:rsidR="00840588" w:rsidRPr="008A1507" w:rsidRDefault="00000000">
            <w:pPr>
              <w:spacing w:after="60"/>
              <w:rPr>
                <w:lang w:val="es-ES"/>
              </w:rPr>
            </w:pPr>
            <w:r w:rsidRPr="008A1507">
              <w:rPr>
                <w:sz w:val="18"/>
                <w:lang w:val="es-ES"/>
              </w:rPr>
              <w:t xml:space="preserve">☐ </w:t>
            </w:r>
            <w:proofErr w:type="spellStart"/>
            <w:r w:rsidRPr="008A1507">
              <w:rPr>
                <w:sz w:val="18"/>
                <w:lang w:val="es-ES"/>
              </w:rPr>
              <w:t>Documentul</w:t>
            </w:r>
            <w:proofErr w:type="spellEnd"/>
            <w:r w:rsidRPr="008A1507">
              <w:rPr>
                <w:sz w:val="18"/>
                <w:lang w:val="es-ES"/>
              </w:rPr>
              <w:t xml:space="preserve"> final </w:t>
            </w:r>
            <w:proofErr w:type="spellStart"/>
            <w:r w:rsidRPr="008A1507">
              <w:rPr>
                <w:sz w:val="18"/>
                <w:lang w:val="es-ES"/>
              </w:rPr>
              <w:t>conține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diacritice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și</w:t>
            </w:r>
            <w:proofErr w:type="spellEnd"/>
            <w:r w:rsidRPr="008A1507">
              <w:rPr>
                <w:sz w:val="18"/>
                <w:lang w:val="es-ES"/>
              </w:rPr>
              <w:t xml:space="preserve"> este </w:t>
            </w:r>
            <w:proofErr w:type="spellStart"/>
            <w:r w:rsidRPr="008A1507">
              <w:rPr>
                <w:sz w:val="18"/>
                <w:lang w:val="es-ES"/>
              </w:rPr>
              <w:t>salvat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în</w:t>
            </w:r>
            <w:proofErr w:type="spellEnd"/>
            <w:r w:rsidRPr="008A1507">
              <w:rPr>
                <w:sz w:val="18"/>
                <w:lang w:val="es-ES"/>
              </w:rPr>
              <w:t xml:space="preserve"> </w:t>
            </w:r>
            <w:proofErr w:type="spellStart"/>
            <w:r w:rsidRPr="008A1507">
              <w:rPr>
                <w:sz w:val="18"/>
                <w:lang w:val="es-ES"/>
              </w:rPr>
              <w:t>format</w:t>
            </w:r>
            <w:proofErr w:type="spellEnd"/>
            <w:r w:rsidRPr="008A1507">
              <w:rPr>
                <w:sz w:val="18"/>
                <w:lang w:val="es-ES"/>
              </w:rPr>
              <w:t xml:space="preserve"> Word.</w:t>
            </w:r>
          </w:p>
        </w:tc>
      </w:tr>
    </w:tbl>
    <w:p w14:paraId="4F9F21F5" w14:textId="77777777" w:rsidR="00CF568A" w:rsidRPr="008A1507" w:rsidRDefault="00CF568A">
      <w:pPr>
        <w:rPr>
          <w:lang w:val="es-ES"/>
        </w:rPr>
      </w:pPr>
    </w:p>
    <w:sectPr w:rsidR="00CF568A" w:rsidRPr="008A1507" w:rsidSect="00034616"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5A0FC" w14:textId="77777777" w:rsidR="00CF568A" w:rsidRDefault="00CF568A">
      <w:pPr>
        <w:spacing w:after="0" w:line="240" w:lineRule="auto"/>
      </w:pPr>
      <w:r>
        <w:separator/>
      </w:r>
    </w:p>
  </w:endnote>
  <w:endnote w:type="continuationSeparator" w:id="0">
    <w:p w14:paraId="7D7BABCB" w14:textId="77777777" w:rsidR="00CF568A" w:rsidRDefault="00CF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82F82" w14:textId="77777777" w:rsidR="00CF568A" w:rsidRDefault="00CF568A">
      <w:pPr>
        <w:spacing w:after="0" w:line="240" w:lineRule="auto"/>
      </w:pPr>
      <w:r>
        <w:separator/>
      </w:r>
    </w:p>
  </w:footnote>
  <w:footnote w:type="continuationSeparator" w:id="0">
    <w:p w14:paraId="0DB0ECD6" w14:textId="77777777" w:rsidR="00CF568A" w:rsidRDefault="00CF5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92758038">
    <w:abstractNumId w:val="8"/>
  </w:num>
  <w:num w:numId="2" w16cid:durableId="2084989846">
    <w:abstractNumId w:val="6"/>
  </w:num>
  <w:num w:numId="3" w16cid:durableId="368921677">
    <w:abstractNumId w:val="5"/>
  </w:num>
  <w:num w:numId="4" w16cid:durableId="2099598137">
    <w:abstractNumId w:val="4"/>
  </w:num>
  <w:num w:numId="5" w16cid:durableId="1479226431">
    <w:abstractNumId w:val="7"/>
  </w:num>
  <w:num w:numId="6" w16cid:durableId="633679699">
    <w:abstractNumId w:val="3"/>
  </w:num>
  <w:num w:numId="7" w16cid:durableId="1463618492">
    <w:abstractNumId w:val="2"/>
  </w:num>
  <w:num w:numId="8" w16cid:durableId="1851942999">
    <w:abstractNumId w:val="1"/>
  </w:num>
  <w:num w:numId="9" w16cid:durableId="6379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40DB"/>
    <w:rsid w:val="00326F90"/>
    <w:rsid w:val="00840588"/>
    <w:rsid w:val="008A1507"/>
    <w:rsid w:val="00AA1D8D"/>
    <w:rsid w:val="00B47730"/>
    <w:rsid w:val="00CB0664"/>
    <w:rsid w:val="00CF568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057F90"/>
  <w14:defaultImageDpi w14:val="300"/>
  <w15:docId w15:val="{C7D4D2D4-0DA4-454F-BF12-8156E002B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376C66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/>
      <w:b/>
      <w:bCs/>
      <w:color w:val="4E6C86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/>
      <w:b/>
      <w:color w:val="376C66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struction">
    <w:name w:val="Instruction"/>
    <w:pPr>
      <w:spacing w:before="20" w:after="60"/>
    </w:pPr>
    <w:rPr>
      <w:rFonts w:ascii="Aptos" w:eastAsia="Aptos" w:hAnsi="Aptos"/>
      <w:i/>
      <w:color w:val="6B7280"/>
      <w:sz w:val="17"/>
    </w:rPr>
  </w:style>
  <w:style w:type="paragraph" w:customStyle="1" w:styleId="FieldLabel">
    <w:name w:val="FieldLabel"/>
    <w:pPr>
      <w:spacing w:before="40" w:after="20"/>
    </w:pPr>
    <w:rPr>
      <w:rFonts w:ascii="Aptos" w:eastAsia="Aptos" w:hAnsi="Aptos"/>
      <w:b/>
      <w:color w:val="22222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1344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ana maria sasu</cp:lastModifiedBy>
  <cp:revision>2</cp:revision>
  <dcterms:created xsi:type="dcterms:W3CDTF">2013-12-23T23:15:00Z</dcterms:created>
  <dcterms:modified xsi:type="dcterms:W3CDTF">2026-09-15T06:53:00Z</dcterms:modified>
  <cp:category/>
</cp:coreProperties>
</file>