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A662C" w14:textId="77777777" w:rsidR="00CF4635" w:rsidRPr="000D4045" w:rsidRDefault="00000000">
      <w:pPr>
        <w:spacing w:after="60"/>
        <w:jc w:val="center"/>
        <w:rPr>
          <w:lang w:val="es-ES"/>
        </w:rPr>
      </w:pPr>
      <w:r w:rsidRPr="000D4045">
        <w:rPr>
          <w:b/>
          <w:color w:val="284E58"/>
          <w:sz w:val="34"/>
          <w:lang w:val="es-ES"/>
        </w:rPr>
        <w:t>FIȘĂ DESCRIPTIVĂ RED</w:t>
      </w:r>
    </w:p>
    <w:p w14:paraId="4E6E6D64" w14:textId="77777777" w:rsidR="00CF4635" w:rsidRPr="000D4045" w:rsidRDefault="00000000">
      <w:pPr>
        <w:spacing w:after="240"/>
        <w:jc w:val="center"/>
        <w:rPr>
          <w:lang w:val="es-ES"/>
        </w:rPr>
      </w:pPr>
      <w:r w:rsidRPr="000D4045">
        <w:rPr>
          <w:b/>
          <w:i/>
          <w:color w:val="696969"/>
          <w:sz w:val="28"/>
          <w:lang w:val="es-ES"/>
        </w:rPr>
        <w:t>[SCRIEȚI AICI NUMELE RESURSEI EDUCAȚIONALE DESCHISE]</w:t>
      </w:r>
    </w:p>
    <w:p w14:paraId="7D677323" w14:textId="77777777" w:rsidR="00CF4635" w:rsidRPr="000D4045" w:rsidRDefault="00000000">
      <w:pPr>
        <w:spacing w:after="40"/>
        <w:jc w:val="right"/>
        <w:rPr>
          <w:lang w:val="es-ES"/>
        </w:rPr>
      </w:pPr>
      <w:r w:rsidRPr="000D4045">
        <w:rPr>
          <w:b/>
          <w:lang w:val="es-ES"/>
        </w:rPr>
        <w:t xml:space="preserve">Profesor: </w:t>
      </w:r>
      <w:r w:rsidRPr="000D4045">
        <w:rPr>
          <w:i/>
          <w:color w:val="6E6E6E"/>
          <w:lang w:val="es-ES"/>
        </w:rPr>
        <w:t>[numele și prenumele complet]</w:t>
      </w:r>
    </w:p>
    <w:p w14:paraId="04B8EF71" w14:textId="77777777" w:rsidR="00CF4635" w:rsidRPr="000D4045" w:rsidRDefault="00000000">
      <w:pPr>
        <w:spacing w:after="40"/>
        <w:jc w:val="right"/>
        <w:rPr>
          <w:lang w:val="es-ES"/>
        </w:rPr>
      </w:pPr>
      <w:r w:rsidRPr="000D4045">
        <w:rPr>
          <w:b/>
          <w:lang w:val="es-ES"/>
        </w:rPr>
        <w:t xml:space="preserve">Unitatea de învățământ: </w:t>
      </w:r>
      <w:r w:rsidRPr="000D4045">
        <w:rPr>
          <w:i/>
          <w:color w:val="6E6E6E"/>
          <w:lang w:val="es-ES"/>
        </w:rPr>
        <w:t>[denumirea completă a instituției]</w:t>
      </w:r>
    </w:p>
    <w:p w14:paraId="45C680EA" w14:textId="77777777" w:rsidR="00CF4635" w:rsidRPr="000D4045" w:rsidRDefault="00CF4635">
      <w:pPr>
        <w:rPr>
          <w:lang w:val="es-E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CF4635" w:rsidRPr="000D4045" w14:paraId="66739E21" w14:textId="77777777">
        <w:trPr>
          <w:jc w:val="center"/>
        </w:trPr>
        <w:tc>
          <w:tcPr>
            <w:tcW w:w="9406" w:type="dxa"/>
            <w:tcBorders>
              <w:top w:val="single" w:sz="8" w:space="0" w:color="D7B65B"/>
              <w:left w:val="single" w:sz="8" w:space="0" w:color="D7B65B"/>
              <w:bottom w:val="single" w:sz="8" w:space="0" w:color="D7B65B"/>
              <w:right w:val="single" w:sz="8" w:space="0" w:color="D7B65B"/>
            </w:tcBorders>
            <w:shd w:val="clear" w:color="auto" w:fill="FFF4CC"/>
            <w:vAlign w:val="center"/>
          </w:tcPr>
          <w:p w14:paraId="6B4C7A0E" w14:textId="77777777" w:rsidR="00CF4635" w:rsidRPr="000D4045" w:rsidRDefault="00000000">
            <w:pPr>
              <w:spacing w:after="60"/>
              <w:rPr>
                <w:lang w:val="es-ES"/>
              </w:rPr>
            </w:pPr>
            <w:r w:rsidRPr="000D4045">
              <w:rPr>
                <w:b/>
                <w:color w:val="77580F"/>
                <w:sz w:val="21"/>
                <w:lang w:val="es-ES"/>
              </w:rPr>
              <w:t>IMPORTANT – INDICAȚIILE DE COMPLETARE SE ȘTERG ÎNAINTE DE ÎNCĂRCAREA MATERIALULUI ÎN PLATFORMĂ</w:t>
            </w:r>
          </w:p>
          <w:p w14:paraId="6FF35E40" w14:textId="77777777" w:rsidR="00CF4635" w:rsidRPr="000D4045" w:rsidRDefault="00000000">
            <w:pPr>
              <w:spacing w:after="0"/>
              <w:rPr>
                <w:lang w:val="es-ES"/>
              </w:rPr>
            </w:pPr>
            <w:r w:rsidRPr="000D4045">
              <w:rPr>
                <w:color w:val="5C481E"/>
                <w:sz w:val="19"/>
                <w:lang w:val="es-ES"/>
              </w:rPr>
              <w:t>Completați fișa direct în acest document. Toate textele dintre paranteze drepte, exemplele scrise cu gri/italic și acest chenar au doar rol orientativ. După completare, ștergeți toate indicațiile, astfel încât documentul final să conțină exclusiv titlul RED-ului, datele autorului și conținutul destinat publicării.</w:t>
            </w:r>
          </w:p>
        </w:tc>
      </w:tr>
    </w:tbl>
    <w:p w14:paraId="7C8652F1" w14:textId="77777777" w:rsidR="00CF4635" w:rsidRPr="000D4045" w:rsidRDefault="00CF4635">
      <w:pPr>
        <w:rPr>
          <w:lang w:val="es-ES"/>
        </w:rPr>
      </w:pPr>
    </w:p>
    <w:p w14:paraId="4828EA86" w14:textId="77777777" w:rsidR="00CF4635" w:rsidRPr="000D4045" w:rsidRDefault="00000000">
      <w:pPr>
        <w:spacing w:before="240" w:after="140"/>
        <w:rPr>
          <w:lang w:val="es-ES"/>
        </w:rPr>
      </w:pPr>
      <w:r w:rsidRPr="000D4045">
        <w:rPr>
          <w:b/>
          <w:color w:val="31606B"/>
          <w:sz w:val="26"/>
          <w:lang w:val="es-ES"/>
        </w:rPr>
        <w:t>I. DATE GENERALE</w:t>
      </w:r>
    </w:p>
    <w:p w14:paraId="64BA0400" w14:textId="77777777" w:rsidR="00CF4635" w:rsidRPr="000D4045" w:rsidRDefault="00000000">
      <w:pPr>
        <w:spacing w:after="80"/>
        <w:rPr>
          <w:lang w:val="es-ES"/>
        </w:rPr>
      </w:pPr>
      <w:r w:rsidRPr="000D4045">
        <w:rPr>
          <w:b/>
          <w:lang w:val="es-ES"/>
        </w:rPr>
        <w:t>Disciplina / Domeniul:</w:t>
      </w:r>
      <w:r w:rsidRPr="000D4045">
        <w:rPr>
          <w:i/>
          <w:color w:val="737373"/>
          <w:sz w:val="20"/>
          <w:lang w:val="es-ES"/>
        </w:rPr>
        <w:t xml:space="preserve"> [Ex.: Limba și literatura română / Matematică / Educație socio-emoțională etc.]</w:t>
      </w:r>
    </w:p>
    <w:p w14:paraId="4F384E5D" w14:textId="77777777" w:rsidR="00CF4635" w:rsidRPr="000D4045" w:rsidRDefault="00000000">
      <w:pPr>
        <w:spacing w:after="80"/>
        <w:rPr>
          <w:lang w:val="es-ES"/>
        </w:rPr>
      </w:pPr>
      <w:r w:rsidRPr="000D4045">
        <w:rPr>
          <w:b/>
          <w:lang w:val="es-ES"/>
        </w:rPr>
        <w:t>Clasa / Nivelul:</w:t>
      </w:r>
      <w:r w:rsidRPr="000D4045">
        <w:rPr>
          <w:i/>
          <w:color w:val="737373"/>
          <w:sz w:val="20"/>
          <w:lang w:val="es-ES"/>
        </w:rPr>
        <w:t xml:space="preserve"> [Precizați clasa, grupa sau nivelul de vârstă pentru care este concepută resursa.]</w:t>
      </w:r>
    </w:p>
    <w:p w14:paraId="3E2321DF" w14:textId="77777777" w:rsidR="00CF4635" w:rsidRPr="000D4045" w:rsidRDefault="00000000">
      <w:pPr>
        <w:spacing w:after="80"/>
        <w:rPr>
          <w:lang w:val="es-ES"/>
        </w:rPr>
      </w:pPr>
      <w:r w:rsidRPr="000D4045">
        <w:rPr>
          <w:b/>
          <w:lang w:val="es-ES"/>
        </w:rPr>
        <w:t>Tipul resursei:</w:t>
      </w:r>
      <w:r w:rsidRPr="000D4045">
        <w:rPr>
          <w:i/>
          <w:color w:val="737373"/>
          <w:sz w:val="20"/>
          <w:lang w:val="es-ES"/>
        </w:rPr>
        <w:t xml:space="preserve"> [Păstrați doar varianta potrivită: fișă de lucru / lecție / joc didactic / test / prezentare / material video / alt tip.]</w:t>
      </w:r>
    </w:p>
    <w:p w14:paraId="64D74AEA" w14:textId="77777777" w:rsidR="00CF4635" w:rsidRPr="000D4045" w:rsidRDefault="00000000">
      <w:pPr>
        <w:spacing w:after="80"/>
        <w:rPr>
          <w:lang w:val="es-ES"/>
        </w:rPr>
      </w:pPr>
      <w:r w:rsidRPr="000D4045">
        <w:rPr>
          <w:b/>
          <w:lang w:val="es-ES"/>
        </w:rPr>
        <w:t>Formatul resursei:</w:t>
      </w:r>
      <w:r w:rsidRPr="000D4045">
        <w:rPr>
          <w:i/>
          <w:color w:val="737373"/>
          <w:sz w:val="20"/>
          <w:lang w:val="es-ES"/>
        </w:rPr>
        <w:t xml:space="preserve"> [Ex.: PDF / Word / Canva / prezentare / video / link / alt format.]</w:t>
      </w:r>
    </w:p>
    <w:p w14:paraId="3261EA38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b/>
          <w:lang w:val="es-ES"/>
        </w:rPr>
        <w:t>Linkul resursei:</w:t>
      </w:r>
      <w:r w:rsidRPr="000D4045">
        <w:rPr>
          <w:i/>
          <w:color w:val="737373"/>
          <w:sz w:val="20"/>
          <w:lang w:val="es-ES"/>
        </w:rPr>
        <w:t xml:space="preserve"> [Introduceți linkul public către RED. Dacă resursa nu este deja online, încărcați-o în Google Drive și setați accesul la «Oricine are linkul», apoi inserați aici linkul. Ștergeți această indicație după completare.]</w:t>
      </w:r>
    </w:p>
    <w:p w14:paraId="71633FCE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0793BD65" w14:textId="77777777" w:rsidR="00CF4635" w:rsidRPr="000D4045" w:rsidRDefault="00000000">
      <w:pPr>
        <w:spacing w:before="240" w:after="140"/>
        <w:rPr>
          <w:lang w:val="es-ES"/>
        </w:rPr>
      </w:pPr>
      <w:r w:rsidRPr="000D4045">
        <w:rPr>
          <w:b/>
          <w:color w:val="31606B"/>
          <w:sz w:val="26"/>
          <w:lang w:val="es-ES"/>
        </w:rPr>
        <w:t>II. ÎNCADRARE DIDACTICĂ</w:t>
      </w:r>
    </w:p>
    <w:p w14:paraId="49D59366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b/>
          <w:lang w:val="es-ES"/>
        </w:rPr>
        <w:t>Competențe specifice vizate:</w:t>
      </w:r>
      <w:r w:rsidRPr="000D4045">
        <w:rPr>
          <w:i/>
          <w:color w:val="737373"/>
          <w:sz w:val="20"/>
          <w:lang w:val="es-ES"/>
        </w:rPr>
        <w:t xml:space="preserve"> [Menționați competențele relevante, conform programei școlare sau documentelor curriculare aplicabile.]</w:t>
      </w:r>
    </w:p>
    <w:p w14:paraId="21848361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73B0D31D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619FE62F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b/>
          <w:lang w:val="es-ES"/>
        </w:rPr>
        <w:t>Obiective / rezultate ale învățării:</w:t>
      </w:r>
      <w:r w:rsidRPr="000D4045">
        <w:rPr>
          <w:i/>
          <w:color w:val="737373"/>
          <w:sz w:val="20"/>
          <w:lang w:val="es-ES"/>
        </w:rPr>
        <w:t xml:space="preserve"> [Precizați concret ce vor ști, ce vor putea face sau ce vor demonstra elevii după utilizarea resursei.]</w:t>
      </w:r>
    </w:p>
    <w:p w14:paraId="4E4E9395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3780944B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5AC5E0EE" w14:textId="77777777" w:rsidR="00CF4635" w:rsidRPr="000D4045" w:rsidRDefault="00000000">
      <w:pPr>
        <w:spacing w:after="80"/>
        <w:rPr>
          <w:lang w:val="es-ES"/>
        </w:rPr>
      </w:pPr>
      <w:r w:rsidRPr="000D4045">
        <w:rPr>
          <w:b/>
          <w:lang w:val="es-ES"/>
        </w:rPr>
        <w:t>Concepte-cheie:</w:t>
      </w:r>
      <w:r w:rsidRPr="000D4045">
        <w:rPr>
          <w:i/>
          <w:color w:val="737373"/>
          <w:sz w:val="20"/>
          <w:lang w:val="es-ES"/>
        </w:rPr>
        <w:t xml:space="preserve"> [Menționați 1–5 concepte esențiale abordate în resursă.]</w:t>
      </w:r>
    </w:p>
    <w:p w14:paraId="7452E293" w14:textId="77777777" w:rsidR="00CF4635" w:rsidRPr="000D4045" w:rsidRDefault="00000000">
      <w:pPr>
        <w:spacing w:after="80"/>
        <w:rPr>
          <w:lang w:val="es-ES"/>
        </w:rPr>
      </w:pPr>
      <w:r w:rsidRPr="000D4045">
        <w:rPr>
          <w:b/>
          <w:lang w:val="es-ES"/>
        </w:rPr>
        <w:t>Durata estimată:</w:t>
      </w:r>
      <w:r w:rsidRPr="000D4045">
        <w:rPr>
          <w:i/>
          <w:color w:val="737373"/>
          <w:sz w:val="20"/>
          <w:lang w:val="es-ES"/>
        </w:rPr>
        <w:t xml:space="preserve"> [Ex.: 20 minute / 50 minute / 2 activități / utilizare flexibilă.]</w:t>
      </w:r>
    </w:p>
    <w:p w14:paraId="2ACB129F" w14:textId="77777777" w:rsidR="00CF4635" w:rsidRPr="000D4045" w:rsidRDefault="00000000">
      <w:pPr>
        <w:spacing w:after="80"/>
        <w:rPr>
          <w:lang w:val="es-ES"/>
        </w:rPr>
      </w:pPr>
      <w:r w:rsidRPr="000D4045">
        <w:rPr>
          <w:b/>
          <w:lang w:val="es-ES"/>
        </w:rPr>
        <w:t>Nivelul de dificultate:</w:t>
      </w:r>
      <w:r w:rsidRPr="000D4045">
        <w:rPr>
          <w:i/>
          <w:color w:val="737373"/>
          <w:sz w:val="20"/>
          <w:lang w:val="es-ES"/>
        </w:rPr>
        <w:t xml:space="preserve"> [Păstrați varianta potrivită: scăzut / mediu / ridicat.]</w:t>
      </w:r>
    </w:p>
    <w:p w14:paraId="4B9622EC" w14:textId="77777777" w:rsidR="00CF4635" w:rsidRPr="000D4045" w:rsidRDefault="00000000">
      <w:pPr>
        <w:spacing w:before="240" w:after="140"/>
        <w:rPr>
          <w:lang w:val="es-ES"/>
        </w:rPr>
      </w:pPr>
      <w:r w:rsidRPr="000D4045">
        <w:rPr>
          <w:b/>
          <w:color w:val="31606B"/>
          <w:sz w:val="26"/>
          <w:lang w:val="es-ES"/>
        </w:rPr>
        <w:t>III. DESCRIEREA RESURSEI</w:t>
      </w:r>
    </w:p>
    <w:p w14:paraId="59C6844F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b/>
          <w:lang w:val="es-ES"/>
        </w:rPr>
        <w:t>Scurtă descriere:</w:t>
      </w:r>
      <w:r w:rsidRPr="000D4045">
        <w:rPr>
          <w:i/>
          <w:color w:val="737373"/>
          <w:sz w:val="20"/>
          <w:lang w:val="es-ES"/>
        </w:rPr>
        <w:t xml:space="preserve"> [Prezentați resursa în aproximativ 5–10 rânduri, clar și aplicat: ce conține, cui se adresează și în ce context poate fi folosită.]</w:t>
      </w:r>
    </w:p>
    <w:p w14:paraId="2FCEBCF7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293429A5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lastRenderedPageBreak/>
        <w:t>........................................................................................................</w:t>
      </w:r>
    </w:p>
    <w:p w14:paraId="512E7795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7EAE6465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034E6BA9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b/>
          <w:lang w:val="es-ES"/>
        </w:rPr>
        <w:t>Scopul resursei:</w:t>
      </w:r>
      <w:r w:rsidRPr="000D4045">
        <w:rPr>
          <w:i/>
          <w:color w:val="737373"/>
          <w:sz w:val="20"/>
          <w:lang w:val="es-ES"/>
        </w:rPr>
        <w:t xml:space="preserve"> [Explicați ce urmărește concret resursa și ce nevoie educațională sprijină.]</w:t>
      </w:r>
    </w:p>
    <w:p w14:paraId="7284D456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6CD2CBF2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6DE6F8A0" w14:textId="77777777" w:rsidR="00CF4635" w:rsidRPr="000D4045" w:rsidRDefault="00000000">
      <w:pPr>
        <w:spacing w:after="80"/>
        <w:rPr>
          <w:lang w:val="es-ES"/>
        </w:rPr>
      </w:pPr>
      <w:r w:rsidRPr="000D4045">
        <w:rPr>
          <w:b/>
          <w:lang w:val="es-ES"/>
        </w:rPr>
        <w:t>Mod de utilizare:</w:t>
      </w:r>
      <w:r w:rsidRPr="000D4045">
        <w:rPr>
          <w:i/>
          <w:color w:val="737373"/>
          <w:sz w:val="20"/>
          <w:lang w:val="es-ES"/>
        </w:rPr>
        <w:t xml:space="preserve"> [Ex.: la clasă / individual / pe grupe / online / hibrid / activitate remedială / evaluare etc.]</w:t>
      </w:r>
    </w:p>
    <w:p w14:paraId="50DCF9C0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b/>
          <w:lang w:val="es-ES"/>
        </w:rPr>
        <w:t>Instrucțiuni pentru utilizare:</w:t>
      </w:r>
      <w:r w:rsidRPr="000D4045">
        <w:rPr>
          <w:i/>
          <w:color w:val="737373"/>
          <w:sz w:val="20"/>
          <w:lang w:val="es-ES"/>
        </w:rPr>
        <w:t xml:space="preserve"> [Prezentați, în pași simpli, modul în care un alt profesor poate folosi resursa.]</w:t>
      </w:r>
    </w:p>
    <w:p w14:paraId="48661CAE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10672890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608BDE9F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70E87072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202EBAD4" w14:textId="77777777" w:rsidR="00CF4635" w:rsidRPr="000D4045" w:rsidRDefault="00000000">
      <w:pPr>
        <w:spacing w:after="80"/>
        <w:rPr>
          <w:lang w:val="es-ES"/>
        </w:rPr>
      </w:pPr>
      <w:r w:rsidRPr="000D4045">
        <w:rPr>
          <w:b/>
          <w:lang w:val="es-ES"/>
        </w:rPr>
        <w:t>Resurse necesare:</w:t>
      </w:r>
      <w:r w:rsidRPr="000D4045">
        <w:rPr>
          <w:i/>
          <w:color w:val="737373"/>
          <w:sz w:val="20"/>
          <w:lang w:val="es-ES"/>
        </w:rPr>
        <w:t xml:space="preserve"> [Ex.: fișe tipărite, dispozitiv digital, videoproiector, conexiune la internet, materiale concrete etc.]</w:t>
      </w:r>
    </w:p>
    <w:p w14:paraId="3BC222C5" w14:textId="77777777" w:rsidR="00CF4635" w:rsidRPr="000D4045" w:rsidRDefault="00000000">
      <w:pPr>
        <w:spacing w:before="240" w:after="140"/>
        <w:rPr>
          <w:lang w:val="es-ES"/>
        </w:rPr>
      </w:pPr>
      <w:r w:rsidRPr="000D4045">
        <w:rPr>
          <w:b/>
          <w:color w:val="31606B"/>
          <w:sz w:val="26"/>
          <w:lang w:val="es-ES"/>
        </w:rPr>
        <w:t>IV. ELEMENTE COMPLEMENTARE</w:t>
      </w:r>
    </w:p>
    <w:p w14:paraId="21BCAB8C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b/>
          <w:lang w:val="es-ES"/>
        </w:rPr>
        <w:t>Elemente agregate / surse utilizate:</w:t>
      </w:r>
      <w:r w:rsidRPr="000D4045">
        <w:rPr>
          <w:i/>
          <w:color w:val="737373"/>
          <w:sz w:val="20"/>
          <w:lang w:val="es-ES"/>
        </w:rPr>
        <w:t xml:space="preserve"> [Menționați linkuri, imagini, aplicații, texte, platforme sau alte surse integrate. Dacă nu există, scrieți «Nu este cazul».]</w:t>
      </w:r>
    </w:p>
    <w:p w14:paraId="5E0DD460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539961C2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3E48251F" w14:textId="77777777" w:rsidR="00CF4635" w:rsidRPr="000D4045" w:rsidRDefault="00000000">
      <w:pPr>
        <w:spacing w:after="80"/>
        <w:rPr>
          <w:lang w:val="es-ES"/>
        </w:rPr>
      </w:pPr>
      <w:r w:rsidRPr="000D4045">
        <w:rPr>
          <w:b/>
          <w:lang w:val="es-ES"/>
        </w:rPr>
        <w:t>Cuvinte-cheie:</w:t>
      </w:r>
      <w:r w:rsidRPr="000D4045">
        <w:rPr>
          <w:i/>
          <w:color w:val="737373"/>
          <w:sz w:val="20"/>
          <w:lang w:val="es-ES"/>
        </w:rPr>
        <w:t xml:space="preserve"> [Introduceți 3–6 cuvinte-cheie care descriu resursa și facilitează identificarea ei.]</w:t>
      </w:r>
    </w:p>
    <w:p w14:paraId="70C4E156" w14:textId="77777777" w:rsidR="00CF4635" w:rsidRPr="000D4045" w:rsidRDefault="00000000">
      <w:pPr>
        <w:spacing w:after="80"/>
        <w:rPr>
          <w:lang w:val="es-ES"/>
        </w:rPr>
      </w:pPr>
      <w:r w:rsidRPr="000D4045">
        <w:rPr>
          <w:b/>
          <w:lang w:val="es-ES"/>
        </w:rPr>
        <w:t>Interdisciplinaritate:</w:t>
      </w:r>
      <w:r w:rsidRPr="000D4045">
        <w:rPr>
          <w:i/>
          <w:color w:val="737373"/>
          <w:sz w:val="20"/>
          <w:lang w:val="es-ES"/>
        </w:rPr>
        <w:t xml:space="preserve"> [Dacă este cazul, precizați disciplinele/domeniile conectate. Dacă nu, scrieți «Nu este cazul».]</w:t>
      </w:r>
    </w:p>
    <w:p w14:paraId="4C05A098" w14:textId="77777777" w:rsidR="00CF4635" w:rsidRPr="000D4045" w:rsidRDefault="00000000">
      <w:pPr>
        <w:spacing w:before="240" w:after="140"/>
        <w:rPr>
          <w:lang w:val="es-ES"/>
        </w:rPr>
      </w:pPr>
      <w:r w:rsidRPr="000D4045">
        <w:rPr>
          <w:b/>
          <w:color w:val="31606B"/>
          <w:sz w:val="26"/>
          <w:lang w:val="es-ES"/>
        </w:rPr>
        <w:t>V. LICENȚĂ ȘI DREPTURI</w:t>
      </w:r>
    </w:p>
    <w:p w14:paraId="0EEEC6E8" w14:textId="77777777" w:rsidR="00CF4635" w:rsidRPr="000D4045" w:rsidRDefault="00000000">
      <w:pPr>
        <w:spacing w:after="100"/>
        <w:rPr>
          <w:lang w:val="es-ES"/>
        </w:rPr>
      </w:pPr>
      <w:r w:rsidRPr="000D4045">
        <w:rPr>
          <w:b/>
          <w:lang w:val="es-ES"/>
        </w:rPr>
        <w:t>Licență:</w:t>
      </w:r>
      <w:r w:rsidRPr="000D4045">
        <w:rPr>
          <w:i/>
          <w:color w:val="737373"/>
          <w:sz w:val="20"/>
          <w:lang w:val="es-ES"/>
        </w:rPr>
        <w:t xml:space="preserve"> [Completați numele autorului și anul, apoi păstrați textul licenței. Ștergeți această indicație.]</w:t>
      </w:r>
    </w:p>
    <w:p w14:paraId="79516408" w14:textId="77777777" w:rsidR="00CF4635" w:rsidRPr="000D4045" w:rsidRDefault="00000000">
      <w:pPr>
        <w:spacing w:after="40"/>
        <w:ind w:left="283"/>
        <w:rPr>
          <w:lang w:val="es-ES"/>
        </w:rPr>
      </w:pPr>
      <w:r w:rsidRPr="000D4045">
        <w:rPr>
          <w:b/>
          <w:lang w:val="es-ES"/>
        </w:rPr>
        <w:t>© [Nume autor], [an]</w:t>
      </w:r>
    </w:p>
    <w:p w14:paraId="42777820" w14:textId="77777777" w:rsidR="00CF4635" w:rsidRPr="000D4045" w:rsidRDefault="00000000">
      <w:pPr>
        <w:spacing w:after="40"/>
        <w:ind w:left="283"/>
        <w:rPr>
          <w:lang w:val="es-ES"/>
        </w:rPr>
      </w:pPr>
      <w:r w:rsidRPr="000D4045">
        <w:rPr>
          <w:lang w:val="es-ES"/>
        </w:rPr>
        <w:t>Această resursă este distribuită sub licența Creative Commons CC BY-NC-SA 4.0.</w:t>
      </w:r>
    </w:p>
    <w:p w14:paraId="7C4828C8" w14:textId="77777777" w:rsidR="00CF4635" w:rsidRPr="000D4045" w:rsidRDefault="00000000">
      <w:pPr>
        <w:spacing w:after="40"/>
        <w:ind w:left="283"/>
        <w:rPr>
          <w:lang w:val="es-ES"/>
        </w:rPr>
      </w:pPr>
      <w:r w:rsidRPr="000D4045">
        <w:rPr>
          <w:lang w:val="es-ES"/>
        </w:rPr>
        <w:t>https://creativecommons.org/licenses/by-nc-sa/4.0/</w:t>
      </w:r>
    </w:p>
    <w:p w14:paraId="77517398" w14:textId="77777777" w:rsidR="00CF4635" w:rsidRPr="000D4045" w:rsidRDefault="00000000">
      <w:pPr>
        <w:spacing w:after="40"/>
        <w:ind w:left="283"/>
        <w:rPr>
          <w:lang w:val="es-ES"/>
        </w:rPr>
      </w:pPr>
      <w:r w:rsidRPr="000D4045">
        <w:rPr>
          <w:lang w:val="es-ES"/>
        </w:rPr>
        <w:t>Resursă educațională deschisă (RED) – utilizabilă în scop didactic, cu respectarea condițiilor licenței.</w:t>
      </w:r>
    </w:p>
    <w:p w14:paraId="0ACC80A3" w14:textId="77777777" w:rsidR="00CF4635" w:rsidRPr="000D4045" w:rsidRDefault="00000000">
      <w:pPr>
        <w:spacing w:before="120" w:after="80"/>
        <w:rPr>
          <w:lang w:val="es-ES"/>
        </w:rPr>
      </w:pPr>
      <w:r w:rsidRPr="000D4045">
        <w:rPr>
          <w:b/>
          <w:lang w:val="es-ES"/>
        </w:rPr>
        <w:t>Drepturi de autor și surse:</w:t>
      </w:r>
      <w:r w:rsidRPr="000D4045">
        <w:rPr>
          <w:i/>
          <w:color w:val="737373"/>
          <w:sz w:val="20"/>
          <w:lang w:val="es-ES"/>
        </w:rPr>
        <w:t xml:space="preserve"> [Confirmați că materialele folosite respectă drepturile de autor și că toate sursele externe sunt menționate corespunzător. Ștergeți această indicație.]</w:t>
      </w:r>
    </w:p>
    <w:p w14:paraId="626FAEC6" w14:textId="77777777" w:rsidR="00CF4635" w:rsidRPr="000D4045" w:rsidRDefault="00000000">
      <w:pPr>
        <w:spacing w:before="240" w:after="140"/>
        <w:rPr>
          <w:lang w:val="es-ES"/>
        </w:rPr>
      </w:pPr>
      <w:r w:rsidRPr="000D4045">
        <w:rPr>
          <w:b/>
          <w:color w:val="31606B"/>
          <w:sz w:val="26"/>
          <w:lang w:val="es-ES"/>
        </w:rPr>
        <w:t>VI. RECOMANDĂRI ȘI OBSERVAȚII</w:t>
      </w:r>
    </w:p>
    <w:p w14:paraId="7190DFA8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b/>
          <w:lang w:val="es-ES"/>
        </w:rPr>
        <w:t>Sugestii metodice:</w:t>
      </w:r>
      <w:r w:rsidRPr="000D4045">
        <w:rPr>
          <w:i/>
          <w:color w:val="737373"/>
          <w:sz w:val="20"/>
          <w:lang w:val="es-ES"/>
        </w:rPr>
        <w:t xml:space="preserve"> [Explicați cum poate fi adaptată sau valorificată resursa în contexte diferite.]</w:t>
      </w:r>
    </w:p>
    <w:p w14:paraId="5DE1284A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21D38D41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4BDEBF71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b/>
          <w:lang w:val="es-ES"/>
        </w:rPr>
        <w:t>Adaptare pentru nevoi diverse:</w:t>
      </w:r>
      <w:r w:rsidRPr="000D4045">
        <w:rPr>
          <w:i/>
          <w:color w:val="737373"/>
          <w:sz w:val="20"/>
          <w:lang w:val="es-ES"/>
        </w:rPr>
        <w:t xml:space="preserve"> [Descrieți, dacă este cazul, modalități de diferențiere sau adaptare pentru elevi cu ritmuri și nevoi diferite, inclusiv CES.]</w:t>
      </w:r>
    </w:p>
    <w:p w14:paraId="3B63412C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lastRenderedPageBreak/>
        <w:t>........................................................................................................</w:t>
      </w:r>
    </w:p>
    <w:p w14:paraId="69C7F6C5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3752CFD7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b/>
          <w:lang w:val="es-ES"/>
        </w:rPr>
        <w:t>Extensii posibile:</w:t>
      </w:r>
      <w:r w:rsidRPr="000D4045">
        <w:rPr>
          <w:i/>
          <w:color w:val="737373"/>
          <w:sz w:val="20"/>
          <w:lang w:val="es-ES"/>
        </w:rPr>
        <w:t xml:space="preserve"> [Propuneți activități suplimentare, continuări sau variante de aprofundare.]</w:t>
      </w:r>
    </w:p>
    <w:p w14:paraId="7EFC30A3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2BE2CCA3" w14:textId="77777777" w:rsidR="00CF4635" w:rsidRPr="000D4045" w:rsidRDefault="00000000">
      <w:pPr>
        <w:spacing w:after="40"/>
        <w:rPr>
          <w:lang w:val="es-ES"/>
        </w:rPr>
      </w:pPr>
      <w:r w:rsidRPr="000D4045">
        <w:rPr>
          <w:color w:val="D0D0D0"/>
          <w:lang w:val="es-ES"/>
        </w:rPr>
        <w:t>........................................................................................................</w:t>
      </w:r>
    </w:p>
    <w:p w14:paraId="36D14096" w14:textId="77777777" w:rsidR="00CF4635" w:rsidRDefault="00000000">
      <w:pPr>
        <w:spacing w:after="40"/>
      </w:pPr>
      <w:r w:rsidRPr="000D4045">
        <w:rPr>
          <w:b/>
          <w:lang w:val="es-ES"/>
        </w:rPr>
        <w:t>Observații ale autorului:</w:t>
      </w:r>
      <w:r w:rsidRPr="000D4045">
        <w:rPr>
          <w:i/>
          <w:color w:val="737373"/>
          <w:sz w:val="20"/>
          <w:lang w:val="es-ES"/>
        </w:rPr>
        <w:t xml:space="preserve"> [Adăugați orice precizare utilă pentru profesorii care vor folosi resursa. </w:t>
      </w:r>
      <w:r>
        <w:rPr>
          <w:i/>
          <w:color w:val="737373"/>
          <w:sz w:val="20"/>
        </w:rPr>
        <w:t>Dacă nu este cazul, scrieți «Nu este cazul».]</w:t>
      </w:r>
    </w:p>
    <w:p w14:paraId="14A79D40" w14:textId="77777777" w:rsidR="00CF4635" w:rsidRDefault="00000000">
      <w:pPr>
        <w:spacing w:after="40"/>
      </w:pPr>
      <w:r>
        <w:rPr>
          <w:color w:val="D0D0D0"/>
        </w:rPr>
        <w:t>........................................................................................................</w:t>
      </w:r>
    </w:p>
    <w:p w14:paraId="7D486328" w14:textId="77777777" w:rsidR="00CF4635" w:rsidRDefault="00000000">
      <w:pPr>
        <w:spacing w:after="40"/>
      </w:pPr>
      <w:r>
        <w:rPr>
          <w:color w:val="D0D0D0"/>
        </w:rPr>
        <w:t>........................................................................................................</w:t>
      </w:r>
    </w:p>
    <w:p w14:paraId="5D10FD99" w14:textId="77777777" w:rsidR="00CF4635" w:rsidRDefault="00CF4635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CF4635" w:rsidRPr="000D4045" w14:paraId="2BB6B801" w14:textId="77777777">
        <w:tc>
          <w:tcPr>
            <w:tcW w:w="9406" w:type="dxa"/>
            <w:tcBorders>
              <w:top w:val="single" w:sz="6" w:space="0" w:color="AAB8BE"/>
              <w:left w:val="single" w:sz="6" w:space="0" w:color="AAB8BE"/>
              <w:bottom w:val="single" w:sz="6" w:space="0" w:color="AAB8BE"/>
              <w:right w:val="single" w:sz="6" w:space="0" w:color="AAB8BE"/>
            </w:tcBorders>
            <w:shd w:val="clear" w:color="auto" w:fill="F1F5F7"/>
          </w:tcPr>
          <w:p w14:paraId="6FDDD163" w14:textId="77777777" w:rsidR="00CF4635" w:rsidRPr="000D4045" w:rsidRDefault="00000000">
            <w:pPr>
              <w:jc w:val="center"/>
              <w:rPr>
                <w:lang w:val="es-ES"/>
              </w:rPr>
            </w:pPr>
            <w:r w:rsidRPr="000D4045">
              <w:rPr>
                <w:b/>
                <w:color w:val="4A5E66"/>
                <w:sz w:val="20"/>
                <w:lang w:val="es-ES"/>
              </w:rPr>
              <w:t>ÎNAINTE DE ÎNCĂRCARE: ștergeți toate indicațiile de completare și acest chenar.</w:t>
            </w:r>
          </w:p>
        </w:tc>
      </w:tr>
    </w:tbl>
    <w:p w14:paraId="1BBDCDB7" w14:textId="77777777" w:rsidR="003E340E" w:rsidRPr="000D4045" w:rsidRDefault="003E340E">
      <w:pPr>
        <w:rPr>
          <w:lang w:val="es-ES"/>
        </w:rPr>
      </w:pPr>
    </w:p>
    <w:sectPr w:rsidR="003E340E" w:rsidRPr="000D4045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F8A24" w14:textId="77777777" w:rsidR="003E340E" w:rsidRDefault="003E340E">
      <w:pPr>
        <w:spacing w:after="0" w:line="240" w:lineRule="auto"/>
      </w:pPr>
      <w:r>
        <w:separator/>
      </w:r>
    </w:p>
  </w:endnote>
  <w:endnote w:type="continuationSeparator" w:id="0">
    <w:p w14:paraId="4CB58FC9" w14:textId="77777777" w:rsidR="003E340E" w:rsidRDefault="003E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0C939" w14:textId="77777777" w:rsidR="003E340E" w:rsidRDefault="003E340E">
      <w:pPr>
        <w:spacing w:after="0" w:line="240" w:lineRule="auto"/>
      </w:pPr>
      <w:r>
        <w:separator/>
      </w:r>
    </w:p>
  </w:footnote>
  <w:footnote w:type="continuationSeparator" w:id="0">
    <w:p w14:paraId="5993C817" w14:textId="77777777" w:rsidR="003E340E" w:rsidRDefault="003E3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8705743">
    <w:abstractNumId w:val="8"/>
  </w:num>
  <w:num w:numId="2" w16cid:durableId="1104766687">
    <w:abstractNumId w:val="6"/>
  </w:num>
  <w:num w:numId="3" w16cid:durableId="1408917564">
    <w:abstractNumId w:val="5"/>
  </w:num>
  <w:num w:numId="4" w16cid:durableId="833842315">
    <w:abstractNumId w:val="4"/>
  </w:num>
  <w:num w:numId="5" w16cid:durableId="657152788">
    <w:abstractNumId w:val="7"/>
  </w:num>
  <w:num w:numId="6" w16cid:durableId="1700467968">
    <w:abstractNumId w:val="3"/>
  </w:num>
  <w:num w:numId="7" w16cid:durableId="544828104">
    <w:abstractNumId w:val="2"/>
  </w:num>
  <w:num w:numId="8" w16cid:durableId="468938801">
    <w:abstractNumId w:val="1"/>
  </w:num>
  <w:num w:numId="9" w16cid:durableId="823854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4045"/>
    <w:rsid w:val="0015074B"/>
    <w:rsid w:val="0029639D"/>
    <w:rsid w:val="00326F90"/>
    <w:rsid w:val="003E340E"/>
    <w:rsid w:val="004A546B"/>
    <w:rsid w:val="00AA1D8D"/>
    <w:rsid w:val="00B47730"/>
    <w:rsid w:val="00CB0664"/>
    <w:rsid w:val="00CF46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6FD47"/>
  <w14:defaultImageDpi w14:val="300"/>
  <w15:docId w15:val="{9E924F94-31B3-4697-9887-86067254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 maria sasu</cp:lastModifiedBy>
  <cp:revision>2</cp:revision>
  <dcterms:created xsi:type="dcterms:W3CDTF">2013-12-23T23:15:00Z</dcterms:created>
  <dcterms:modified xsi:type="dcterms:W3CDTF">2026-09-15T07:51:00Z</dcterms:modified>
  <cp:category/>
</cp:coreProperties>
</file>