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266AF" w14:textId="77777777" w:rsidR="000E49E9" w:rsidRPr="00203EA7" w:rsidRDefault="00000000">
      <w:pPr>
        <w:spacing w:before="160" w:after="40"/>
        <w:jc w:val="center"/>
        <w:rPr>
          <w:lang w:val="es-ES"/>
        </w:rPr>
      </w:pPr>
      <w:r w:rsidRPr="00203EA7">
        <w:rPr>
          <w:b/>
          <w:color w:val="1F4E79"/>
          <w:sz w:val="32"/>
          <w:lang w:val="es-ES"/>
        </w:rPr>
        <w:t>REGULAMENT</w:t>
      </w:r>
    </w:p>
    <w:p w14:paraId="250A1055" w14:textId="77777777" w:rsidR="000E49E9" w:rsidRPr="00203EA7" w:rsidRDefault="00000000">
      <w:pPr>
        <w:spacing w:after="20"/>
        <w:jc w:val="center"/>
        <w:rPr>
          <w:lang w:val="es-ES"/>
        </w:rPr>
      </w:pPr>
      <w:r w:rsidRPr="00203EA7">
        <w:rPr>
          <w:b/>
          <w:sz w:val="29"/>
          <w:lang w:val="es-ES"/>
        </w:rPr>
        <w:t>PACHET „MEMBRU AL COMUNITĂȚII EDUCAȚIE DESCHISĂ”</w:t>
      </w:r>
    </w:p>
    <w:p w14:paraId="0E214EAB" w14:textId="77777777" w:rsidR="000E49E9" w:rsidRDefault="00000000">
      <w:pPr>
        <w:spacing w:after="200"/>
        <w:jc w:val="center"/>
      </w:pPr>
      <w:r>
        <w:rPr>
          <w:b/>
          <w:color w:val="595959"/>
          <w:sz w:val="24"/>
        </w:rPr>
        <w:t xml:space="preserve">An </w:t>
      </w:r>
      <w:proofErr w:type="spellStart"/>
      <w:r>
        <w:rPr>
          <w:b/>
          <w:color w:val="595959"/>
          <w:sz w:val="24"/>
        </w:rPr>
        <w:t>școlar</w:t>
      </w:r>
      <w:proofErr w:type="spellEnd"/>
      <w:r>
        <w:rPr>
          <w:b/>
          <w:color w:val="595959"/>
          <w:sz w:val="24"/>
        </w:rPr>
        <w:t xml:space="preserve"> 2026–2027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0E49E9" w14:paraId="0BE14471" w14:textId="77777777">
        <w:trPr>
          <w:jc w:val="center"/>
        </w:trPr>
        <w:tc>
          <w:tcPr>
            <w:tcW w:w="9972" w:type="dxa"/>
            <w:shd w:val="clear" w:color="auto" w:fill="EAF2F8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ED3BC08" w14:textId="77777777" w:rsidR="000E49E9" w:rsidRDefault="00000000">
            <w:pPr>
              <w:jc w:val="both"/>
            </w:pPr>
            <w:r>
              <w:rPr>
                <w:sz w:val="21"/>
              </w:rPr>
              <w:t>Pachetul „Membru al Comunității Educație Deschisă” oferă 26 de adeverințe bilingve (română–spaniolă) și o decizie de numire ca membru în comisia de implementare și coordonare a Proiectului Educațional Internațional „Educație Deschisă”, pentru anul școlar 2026–2027.</w:t>
            </w:r>
          </w:p>
        </w:tc>
      </w:tr>
    </w:tbl>
    <w:p w14:paraId="5C0B6C1B" w14:textId="77777777" w:rsidR="000E49E9" w:rsidRPr="00203EA7" w:rsidRDefault="00000000">
      <w:pPr>
        <w:keepNext/>
        <w:spacing w:before="180" w:after="80"/>
        <w:rPr>
          <w:lang w:val="es-ES"/>
        </w:rPr>
      </w:pPr>
      <w:r w:rsidRPr="00203EA7">
        <w:rPr>
          <w:b/>
          <w:color w:val="1F4E79"/>
          <w:sz w:val="25"/>
          <w:lang w:val="es-ES"/>
        </w:rPr>
        <w:t>1. TAXA PACHETULUI</w:t>
      </w:r>
    </w:p>
    <w:p w14:paraId="3D3F2578" w14:textId="77777777" w:rsidR="000E49E9" w:rsidRPr="00203EA7" w:rsidRDefault="00000000">
      <w:pPr>
        <w:jc w:val="both"/>
        <w:rPr>
          <w:lang w:val="es-ES"/>
        </w:rPr>
      </w:pPr>
      <w:proofErr w:type="spellStart"/>
      <w:r w:rsidRPr="00203EA7">
        <w:rPr>
          <w:lang w:val="es-ES"/>
        </w:rPr>
        <w:t>Taxa</w:t>
      </w:r>
      <w:proofErr w:type="spellEnd"/>
      <w:r w:rsidRPr="00203EA7">
        <w:rPr>
          <w:lang w:val="es-ES"/>
        </w:rPr>
        <w:t xml:space="preserve"> standard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pachetul</w:t>
      </w:r>
      <w:proofErr w:type="spellEnd"/>
      <w:r w:rsidRPr="00203EA7">
        <w:rPr>
          <w:lang w:val="es-ES"/>
        </w:rPr>
        <w:t xml:space="preserve"> „</w:t>
      </w:r>
      <w:proofErr w:type="spellStart"/>
      <w:r w:rsidRPr="00203EA7">
        <w:rPr>
          <w:lang w:val="es-ES"/>
        </w:rPr>
        <w:t>Membru</w:t>
      </w:r>
      <w:proofErr w:type="spellEnd"/>
      <w:r w:rsidRPr="00203EA7">
        <w:rPr>
          <w:lang w:val="es-ES"/>
        </w:rPr>
        <w:t xml:space="preserve"> al </w:t>
      </w:r>
      <w:proofErr w:type="spellStart"/>
      <w:r w:rsidRPr="00203EA7">
        <w:rPr>
          <w:lang w:val="es-ES"/>
        </w:rPr>
        <w:t>Comunității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Educație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Deschisă</w:t>
      </w:r>
      <w:proofErr w:type="spellEnd"/>
      <w:r w:rsidRPr="00203EA7">
        <w:rPr>
          <w:lang w:val="es-ES"/>
        </w:rPr>
        <w:t>” este de 50 EUR.</w:t>
      </w:r>
    </w:p>
    <w:p w14:paraId="3A8D4862" w14:textId="77777777" w:rsidR="000E49E9" w:rsidRPr="00203EA7" w:rsidRDefault="00000000">
      <w:pPr>
        <w:jc w:val="both"/>
        <w:rPr>
          <w:lang w:val="es-ES"/>
        </w:rPr>
      </w:pP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plățile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efectuate</w:t>
      </w:r>
      <w:proofErr w:type="spellEnd"/>
      <w:r w:rsidRPr="00203EA7">
        <w:rPr>
          <w:lang w:val="es-ES"/>
        </w:rPr>
        <w:t xml:space="preserve"> din </w:t>
      </w:r>
      <w:proofErr w:type="spellStart"/>
      <w:r w:rsidRPr="00203EA7">
        <w:rPr>
          <w:lang w:val="es-ES"/>
        </w:rPr>
        <w:t>România</w:t>
      </w:r>
      <w:proofErr w:type="spellEnd"/>
      <w:r w:rsidRPr="00203EA7">
        <w:rPr>
          <w:lang w:val="es-ES"/>
        </w:rPr>
        <w:t xml:space="preserve">, suma se </w:t>
      </w:r>
      <w:proofErr w:type="spellStart"/>
      <w:r w:rsidRPr="00203EA7">
        <w:rPr>
          <w:lang w:val="es-ES"/>
        </w:rPr>
        <w:t>achită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lei</w:t>
      </w:r>
      <w:proofErr w:type="spellEnd"/>
      <w:r w:rsidRPr="00203EA7">
        <w:rPr>
          <w:lang w:val="es-ES"/>
        </w:rPr>
        <w:t xml:space="preserve">, la </w:t>
      </w:r>
      <w:proofErr w:type="spellStart"/>
      <w:r w:rsidRPr="00203EA7">
        <w:rPr>
          <w:lang w:val="es-ES"/>
        </w:rPr>
        <w:t>cursul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zilei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reprezentând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echivalentul</w:t>
      </w:r>
      <w:proofErr w:type="spellEnd"/>
      <w:r w:rsidRPr="00203EA7">
        <w:rPr>
          <w:lang w:val="es-ES"/>
        </w:rPr>
        <w:t xml:space="preserve"> a 50 EUR </w:t>
      </w:r>
      <w:proofErr w:type="spellStart"/>
      <w:r w:rsidRPr="00203EA7">
        <w:rPr>
          <w:lang w:val="es-ES"/>
        </w:rPr>
        <w:t>sau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după</w:t>
      </w:r>
      <w:proofErr w:type="spellEnd"/>
      <w:r w:rsidRPr="00203EA7">
        <w:rPr>
          <w:lang w:val="es-ES"/>
        </w:rPr>
        <w:t xml:space="preserve"> caz, </w:t>
      </w:r>
      <w:proofErr w:type="spellStart"/>
      <w:r w:rsidRPr="00203EA7">
        <w:rPr>
          <w:lang w:val="es-ES"/>
        </w:rPr>
        <w:t>valoarea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ofertei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promoționale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valabile</w:t>
      </w:r>
      <w:proofErr w:type="spellEnd"/>
      <w:r w:rsidRPr="00203EA7">
        <w:rPr>
          <w:lang w:val="es-ES"/>
        </w:rPr>
        <w:t xml:space="preserve"> la </w:t>
      </w:r>
      <w:proofErr w:type="spellStart"/>
      <w:r w:rsidRPr="00203EA7">
        <w:rPr>
          <w:lang w:val="es-ES"/>
        </w:rPr>
        <w:t>momentul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înscrierii</w:t>
      </w:r>
      <w:proofErr w:type="spellEnd"/>
      <w:r w:rsidRPr="00203EA7">
        <w:rPr>
          <w:lang w:val="es-ES"/>
        </w:rPr>
        <w:t>.</w:t>
      </w:r>
    </w:p>
    <w:p w14:paraId="591E9EA2" w14:textId="77777777" w:rsidR="000E49E9" w:rsidRPr="00203EA7" w:rsidRDefault="00000000">
      <w:pPr>
        <w:jc w:val="both"/>
        <w:rPr>
          <w:lang w:val="es-ES"/>
        </w:rPr>
      </w:pPr>
      <w:r w:rsidRPr="00203EA7">
        <w:rPr>
          <w:lang w:val="es-ES"/>
        </w:rPr>
        <w:t xml:space="preserve">Centro de Educación Abierta are </w:t>
      </w:r>
      <w:proofErr w:type="spellStart"/>
      <w:r w:rsidRPr="00203EA7">
        <w:rPr>
          <w:lang w:val="es-ES"/>
        </w:rPr>
        <w:t>rezidență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fiscală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Spania, </w:t>
      </w:r>
      <w:proofErr w:type="spellStart"/>
      <w:r w:rsidRPr="00203EA7">
        <w:rPr>
          <w:lang w:val="es-ES"/>
        </w:rPr>
        <w:t>iar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plățile</w:t>
      </w:r>
      <w:proofErr w:type="spellEnd"/>
      <w:r w:rsidRPr="00203EA7">
        <w:rPr>
          <w:lang w:val="es-ES"/>
        </w:rPr>
        <w:t xml:space="preserve"> se </w:t>
      </w:r>
      <w:proofErr w:type="spellStart"/>
      <w:r w:rsidRPr="00203EA7">
        <w:rPr>
          <w:lang w:val="es-ES"/>
        </w:rPr>
        <w:t>procesează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conform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legislației</w:t>
      </w:r>
      <w:proofErr w:type="spellEnd"/>
      <w:r w:rsidRPr="00203EA7">
        <w:rPr>
          <w:lang w:val="es-ES"/>
        </w:rPr>
        <w:t xml:space="preserve"> fiscale </w:t>
      </w:r>
      <w:proofErr w:type="spellStart"/>
      <w:r w:rsidRPr="00203EA7">
        <w:rPr>
          <w:lang w:val="es-ES"/>
        </w:rPr>
        <w:t>spaniole</w:t>
      </w:r>
      <w:proofErr w:type="spellEnd"/>
      <w:r w:rsidRPr="00203EA7">
        <w:rPr>
          <w:lang w:val="es-ES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0E49E9" w:rsidRPr="00203EA7" w14:paraId="7133790A" w14:textId="77777777">
        <w:trPr>
          <w:jc w:val="center"/>
        </w:trPr>
        <w:tc>
          <w:tcPr>
            <w:tcW w:w="9972" w:type="dxa"/>
            <w:shd w:val="clear" w:color="auto" w:fill="FFF2CC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06B88E30" w14:textId="77777777" w:rsidR="000E49E9" w:rsidRPr="00203EA7" w:rsidRDefault="00000000">
            <w:pPr>
              <w:jc w:val="both"/>
              <w:rPr>
                <w:lang w:val="es-ES"/>
              </w:rPr>
            </w:pPr>
            <w:r w:rsidRPr="00203EA7">
              <w:rPr>
                <w:b/>
                <w:sz w:val="21"/>
                <w:lang w:val="es-ES"/>
              </w:rPr>
              <w:t xml:space="preserve">IMPORTANT: </w:t>
            </w:r>
            <w:proofErr w:type="spellStart"/>
            <w:r w:rsidRPr="00203EA7">
              <w:rPr>
                <w:sz w:val="21"/>
                <w:lang w:val="es-ES"/>
              </w:rPr>
              <w:t>Pachetul</w:t>
            </w:r>
            <w:proofErr w:type="spellEnd"/>
            <w:r w:rsidRPr="00203EA7">
              <w:rPr>
                <w:sz w:val="21"/>
                <w:lang w:val="es-ES"/>
              </w:rPr>
              <w:t xml:space="preserve"> „</w:t>
            </w:r>
            <w:proofErr w:type="spellStart"/>
            <w:r w:rsidRPr="00203EA7">
              <w:rPr>
                <w:sz w:val="21"/>
                <w:lang w:val="es-ES"/>
              </w:rPr>
              <w:t>Membru</w:t>
            </w:r>
            <w:proofErr w:type="spellEnd"/>
            <w:r w:rsidRPr="00203EA7">
              <w:rPr>
                <w:sz w:val="21"/>
                <w:lang w:val="es-ES"/>
              </w:rPr>
              <w:t xml:space="preserve"> al </w:t>
            </w:r>
            <w:proofErr w:type="spellStart"/>
            <w:r w:rsidRPr="00203EA7">
              <w:rPr>
                <w:sz w:val="21"/>
                <w:lang w:val="es-ES"/>
              </w:rPr>
              <w:t>Comunității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Educație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Deschisă</w:t>
            </w:r>
            <w:proofErr w:type="spellEnd"/>
            <w:r w:rsidRPr="00203EA7">
              <w:rPr>
                <w:sz w:val="21"/>
                <w:lang w:val="es-ES"/>
              </w:rPr>
              <w:t xml:space="preserve">” este </w:t>
            </w:r>
            <w:proofErr w:type="spellStart"/>
            <w:r w:rsidRPr="00203EA7">
              <w:rPr>
                <w:sz w:val="21"/>
                <w:lang w:val="es-ES"/>
              </w:rPr>
              <w:t>distinct</w:t>
            </w:r>
            <w:proofErr w:type="spellEnd"/>
            <w:r w:rsidRPr="00203EA7">
              <w:rPr>
                <w:sz w:val="21"/>
                <w:lang w:val="es-ES"/>
              </w:rPr>
              <w:t xml:space="preserve"> de </w:t>
            </w:r>
            <w:proofErr w:type="spellStart"/>
            <w:r w:rsidRPr="00203EA7">
              <w:rPr>
                <w:sz w:val="21"/>
                <w:lang w:val="es-ES"/>
              </w:rPr>
              <w:t>abonamentul</w:t>
            </w:r>
            <w:proofErr w:type="spellEnd"/>
            <w:r w:rsidRPr="00203EA7">
              <w:rPr>
                <w:sz w:val="21"/>
                <w:lang w:val="es-ES"/>
              </w:rPr>
              <w:t xml:space="preserve"> „</w:t>
            </w:r>
            <w:proofErr w:type="spellStart"/>
            <w:r w:rsidRPr="00203EA7">
              <w:rPr>
                <w:sz w:val="21"/>
                <w:lang w:val="es-ES"/>
              </w:rPr>
              <w:t>Membru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Acreditat</w:t>
            </w:r>
            <w:proofErr w:type="spellEnd"/>
            <w:r w:rsidRPr="00203EA7">
              <w:rPr>
                <w:sz w:val="21"/>
                <w:lang w:val="es-ES"/>
              </w:rPr>
              <w:t xml:space="preserve">”. </w:t>
            </w:r>
            <w:proofErr w:type="spellStart"/>
            <w:r w:rsidRPr="00203EA7">
              <w:rPr>
                <w:sz w:val="21"/>
                <w:lang w:val="es-ES"/>
              </w:rPr>
              <w:t>Pachetul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include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documentele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profesionale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menționate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în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prezentul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regulament</w:t>
            </w:r>
            <w:proofErr w:type="spellEnd"/>
            <w:r w:rsidRPr="00203EA7">
              <w:rPr>
                <w:sz w:val="21"/>
                <w:lang w:val="es-ES"/>
              </w:rPr>
              <w:t xml:space="preserve">, dar </w:t>
            </w:r>
            <w:proofErr w:type="spellStart"/>
            <w:r w:rsidRPr="00203EA7">
              <w:rPr>
                <w:sz w:val="21"/>
                <w:lang w:val="es-ES"/>
              </w:rPr>
              <w:t>nu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include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participările</w:t>
            </w:r>
            <w:proofErr w:type="spellEnd"/>
            <w:r w:rsidRPr="00203EA7">
              <w:rPr>
                <w:sz w:val="21"/>
                <w:lang w:val="es-ES"/>
              </w:rPr>
              <w:t xml:space="preserve"> gratuite, </w:t>
            </w:r>
            <w:proofErr w:type="spellStart"/>
            <w:r w:rsidRPr="00203EA7">
              <w:rPr>
                <w:sz w:val="21"/>
                <w:lang w:val="es-ES"/>
              </w:rPr>
              <w:t>cupoanele</w:t>
            </w:r>
            <w:proofErr w:type="spellEnd"/>
            <w:r w:rsidRPr="00203EA7">
              <w:rPr>
                <w:sz w:val="21"/>
                <w:lang w:val="es-ES"/>
              </w:rPr>
              <w:t xml:space="preserve"> de </w:t>
            </w:r>
            <w:proofErr w:type="spellStart"/>
            <w:r w:rsidRPr="00203EA7">
              <w:rPr>
                <w:sz w:val="21"/>
                <w:lang w:val="es-ES"/>
              </w:rPr>
              <w:t>reducere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și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celelalte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beneficii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comerciale</w:t>
            </w:r>
            <w:proofErr w:type="spellEnd"/>
            <w:r w:rsidRPr="00203EA7">
              <w:rPr>
                <w:sz w:val="21"/>
                <w:lang w:val="es-ES"/>
              </w:rPr>
              <w:t xml:space="preserve"> aferente </w:t>
            </w:r>
            <w:proofErr w:type="spellStart"/>
            <w:r w:rsidRPr="00203EA7">
              <w:rPr>
                <w:sz w:val="21"/>
                <w:lang w:val="es-ES"/>
              </w:rPr>
              <w:t>abonamentului</w:t>
            </w:r>
            <w:proofErr w:type="spellEnd"/>
            <w:r w:rsidRPr="00203EA7">
              <w:rPr>
                <w:sz w:val="21"/>
                <w:lang w:val="es-ES"/>
              </w:rPr>
              <w:t xml:space="preserve"> „</w:t>
            </w:r>
            <w:proofErr w:type="spellStart"/>
            <w:r w:rsidRPr="00203EA7">
              <w:rPr>
                <w:sz w:val="21"/>
                <w:lang w:val="es-ES"/>
              </w:rPr>
              <w:t>Membru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Acreditat</w:t>
            </w:r>
            <w:proofErr w:type="spellEnd"/>
            <w:r w:rsidRPr="00203EA7">
              <w:rPr>
                <w:sz w:val="21"/>
                <w:lang w:val="es-ES"/>
              </w:rPr>
              <w:t>”.</w:t>
            </w:r>
          </w:p>
        </w:tc>
      </w:tr>
    </w:tbl>
    <w:p w14:paraId="5EB757E9" w14:textId="77777777" w:rsidR="000E49E9" w:rsidRPr="00203EA7" w:rsidRDefault="00000000">
      <w:pPr>
        <w:keepNext/>
        <w:spacing w:before="180" w:after="80"/>
        <w:rPr>
          <w:lang w:val="es-ES"/>
        </w:rPr>
      </w:pPr>
      <w:r w:rsidRPr="00203EA7">
        <w:rPr>
          <w:b/>
          <w:color w:val="1F4E79"/>
          <w:sz w:val="25"/>
          <w:lang w:val="es-ES"/>
        </w:rPr>
        <w:t>2. CE PRIMEȘTI</w:t>
      </w:r>
    </w:p>
    <w:p w14:paraId="3AB47969" w14:textId="77777777" w:rsidR="000E49E9" w:rsidRPr="00203EA7" w:rsidRDefault="00000000" w:rsidP="00203EA7">
      <w:pPr>
        <w:jc w:val="both"/>
        <w:rPr>
          <w:lang w:val="es-ES"/>
        </w:rPr>
      </w:pPr>
      <w:proofErr w:type="spellStart"/>
      <w:r w:rsidRPr="00203EA7">
        <w:rPr>
          <w:b/>
          <w:lang w:val="es-ES"/>
        </w:rPr>
        <w:t>Pachetul</w:t>
      </w:r>
      <w:proofErr w:type="spellEnd"/>
      <w:r w:rsidRPr="00203EA7">
        <w:rPr>
          <w:b/>
          <w:lang w:val="es-ES"/>
        </w:rPr>
        <w:t xml:space="preserve"> </w:t>
      </w:r>
      <w:proofErr w:type="spellStart"/>
      <w:r w:rsidRPr="00203EA7">
        <w:rPr>
          <w:b/>
          <w:lang w:val="es-ES"/>
        </w:rPr>
        <w:t>cuprinde</w:t>
      </w:r>
      <w:proofErr w:type="spellEnd"/>
      <w:r w:rsidRPr="00203EA7">
        <w:rPr>
          <w:b/>
          <w:lang w:val="es-ES"/>
        </w:rPr>
        <w:t xml:space="preserve"> 27 de documente </w:t>
      </w:r>
      <w:proofErr w:type="spellStart"/>
      <w:r w:rsidRPr="00203EA7">
        <w:rPr>
          <w:b/>
          <w:lang w:val="es-ES"/>
        </w:rPr>
        <w:t>profesionale</w:t>
      </w:r>
      <w:proofErr w:type="spellEnd"/>
      <w:r w:rsidRPr="00203EA7">
        <w:rPr>
          <w:b/>
          <w:lang w:val="es-ES"/>
        </w:rPr>
        <w:t xml:space="preserve"> </w:t>
      </w:r>
      <w:proofErr w:type="spellStart"/>
      <w:r w:rsidRPr="00203EA7">
        <w:rPr>
          <w:b/>
          <w:lang w:val="es-ES"/>
        </w:rPr>
        <w:t>în</w:t>
      </w:r>
      <w:proofErr w:type="spellEnd"/>
      <w:r w:rsidRPr="00203EA7">
        <w:rPr>
          <w:b/>
          <w:lang w:val="es-ES"/>
        </w:rPr>
        <w:t xml:space="preserve"> total:</w:t>
      </w:r>
      <w:r w:rsidRPr="00203EA7">
        <w:rPr>
          <w:lang w:val="es-ES"/>
        </w:rPr>
        <w:t xml:space="preserve"> o </w:t>
      </w:r>
      <w:proofErr w:type="spellStart"/>
      <w:r w:rsidRPr="00203EA7">
        <w:rPr>
          <w:lang w:val="es-ES"/>
        </w:rPr>
        <w:t>decizie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26 de </w:t>
      </w:r>
      <w:proofErr w:type="spellStart"/>
      <w:r w:rsidRPr="00203EA7">
        <w:rPr>
          <w:lang w:val="es-ES"/>
        </w:rPr>
        <w:t>adeverințe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bilingve</w:t>
      </w:r>
      <w:proofErr w:type="spellEnd"/>
      <w:r w:rsidRPr="00203EA7">
        <w:rPr>
          <w:lang w:val="es-ES"/>
        </w:rPr>
        <w:t xml:space="preserve"> (</w:t>
      </w:r>
      <w:proofErr w:type="spellStart"/>
      <w:r w:rsidRPr="00203EA7">
        <w:rPr>
          <w:lang w:val="es-ES"/>
        </w:rPr>
        <w:t>română</w:t>
      </w:r>
      <w:proofErr w:type="spellEnd"/>
      <w:r w:rsidRPr="00203EA7">
        <w:rPr>
          <w:lang w:val="es-ES"/>
        </w:rPr>
        <w:t>–</w:t>
      </w:r>
      <w:proofErr w:type="spellStart"/>
      <w:r w:rsidRPr="00203EA7">
        <w:rPr>
          <w:lang w:val="es-ES"/>
        </w:rPr>
        <w:t>spaniolă</w:t>
      </w:r>
      <w:proofErr w:type="spellEnd"/>
      <w:r w:rsidRPr="00203EA7">
        <w:rPr>
          <w:lang w:val="es-ES"/>
        </w:rPr>
        <w:t>).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0E49E9" w:rsidRPr="00203EA7" w14:paraId="25A9E6C8" w14:textId="77777777">
        <w:trPr>
          <w:jc w:val="center"/>
        </w:trPr>
        <w:tc>
          <w:tcPr>
            <w:tcW w:w="4986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A27CF9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1. </w:t>
            </w:r>
            <w:proofErr w:type="spellStart"/>
            <w:r w:rsidRPr="00203EA7">
              <w:rPr>
                <w:sz w:val="18"/>
                <w:lang w:val="es-ES"/>
              </w:rPr>
              <w:t>Decizie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numire</w:t>
            </w:r>
            <w:proofErr w:type="spellEnd"/>
            <w:r w:rsidRPr="00203EA7">
              <w:rPr>
                <w:sz w:val="18"/>
                <w:lang w:val="es-ES"/>
              </w:rPr>
              <w:t xml:space="preserve"> ca </w:t>
            </w:r>
            <w:proofErr w:type="spellStart"/>
            <w:r w:rsidRPr="00203EA7">
              <w:rPr>
                <w:sz w:val="18"/>
                <w:lang w:val="es-ES"/>
              </w:rPr>
              <w:t>membru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comisia</w:t>
            </w:r>
            <w:proofErr w:type="spellEnd"/>
            <w:r w:rsidRPr="00203EA7">
              <w:rPr>
                <w:sz w:val="18"/>
                <w:lang w:val="es-ES"/>
              </w:rPr>
              <w:t xml:space="preserve"> de implementare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coordonare</w:t>
            </w:r>
            <w:proofErr w:type="spellEnd"/>
            <w:r w:rsidRPr="00203EA7">
              <w:rPr>
                <w:sz w:val="18"/>
                <w:lang w:val="es-ES"/>
              </w:rPr>
              <w:t xml:space="preserve"> a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”.</w:t>
            </w:r>
          </w:p>
          <w:p w14:paraId="4CA12F67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de participare </w:t>
            </w:r>
            <w:proofErr w:type="spellStart"/>
            <w:r w:rsidRPr="00203EA7">
              <w:rPr>
                <w:sz w:val="18"/>
                <w:lang w:val="es-ES"/>
              </w:rPr>
              <w:t>activă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implementarea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</w:t>
            </w:r>
            <w:proofErr w:type="spellStart"/>
            <w:r w:rsidRPr="00203EA7">
              <w:rPr>
                <w:sz w:val="18"/>
                <w:lang w:val="es-ES"/>
              </w:rPr>
              <w:t>anul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școlar</w:t>
            </w:r>
            <w:proofErr w:type="spellEnd"/>
            <w:r w:rsidRPr="00203EA7">
              <w:rPr>
                <w:sz w:val="18"/>
                <w:lang w:val="es-ES"/>
              </w:rPr>
              <w:t xml:space="preserve"> 2026–2027).</w:t>
            </w:r>
          </w:p>
          <w:p w14:paraId="5EA45F2D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3.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elaborarea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diseminarea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Resurse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Deschise</w:t>
            </w:r>
            <w:proofErr w:type="spellEnd"/>
            <w:r w:rsidRPr="00203EA7">
              <w:rPr>
                <w:sz w:val="18"/>
                <w:lang w:val="es-ES"/>
              </w:rPr>
              <w:t xml:space="preserve"> (RED)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cadrul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62E43C9A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4.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publicarea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unei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resurse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digitale</w:t>
            </w:r>
            <w:proofErr w:type="spellEnd"/>
            <w:r w:rsidRPr="00203EA7">
              <w:rPr>
                <w:sz w:val="18"/>
                <w:lang w:val="es-ES"/>
              </w:rPr>
              <w:t xml:space="preserve"> pe </w:t>
            </w:r>
            <w:proofErr w:type="spellStart"/>
            <w:r w:rsidRPr="00203EA7">
              <w:rPr>
                <w:sz w:val="18"/>
                <w:lang w:val="es-ES"/>
              </w:rPr>
              <w:t>platforma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68F5D86E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5.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activitate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mentorat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sprijin</w:t>
            </w:r>
            <w:proofErr w:type="spellEnd"/>
            <w:r w:rsidRPr="00203EA7">
              <w:rPr>
                <w:sz w:val="18"/>
                <w:lang w:val="es-ES"/>
              </w:rPr>
              <w:t xml:space="preserve"> profesional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Comunitatea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(2026–2027).</w:t>
            </w:r>
          </w:p>
          <w:p w14:paraId="3A7CD0CC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6.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promovarea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imaginii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instituției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comunitatea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internațională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6162FDF8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7.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promovarea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valorilor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locale</w:t>
            </w:r>
            <w:proofErr w:type="spellEnd"/>
            <w:r w:rsidRPr="00203EA7">
              <w:rPr>
                <w:sz w:val="18"/>
                <w:lang w:val="es-ES"/>
              </w:rPr>
              <w:t xml:space="preserve"> (</w:t>
            </w:r>
            <w:proofErr w:type="spellStart"/>
            <w:r w:rsidRPr="00203EA7">
              <w:rPr>
                <w:sz w:val="18"/>
                <w:lang w:val="es-ES"/>
              </w:rPr>
              <w:t>culturale</w:t>
            </w:r>
            <w:proofErr w:type="spellEnd"/>
            <w:r w:rsidRPr="00203EA7">
              <w:rPr>
                <w:sz w:val="18"/>
                <w:lang w:val="es-ES"/>
              </w:rPr>
              <w:t xml:space="preserve"> / </w:t>
            </w:r>
            <w:proofErr w:type="spellStart"/>
            <w:r w:rsidRPr="00203EA7">
              <w:rPr>
                <w:sz w:val="18"/>
                <w:lang w:val="es-ES"/>
              </w:rPr>
              <w:t>lingvistice</w:t>
            </w:r>
            <w:proofErr w:type="spellEnd"/>
            <w:r w:rsidRPr="00203EA7">
              <w:rPr>
                <w:sz w:val="18"/>
                <w:lang w:val="es-ES"/>
              </w:rPr>
              <w:t xml:space="preserve"> / </w:t>
            </w:r>
            <w:proofErr w:type="spellStart"/>
            <w:r w:rsidRPr="00203EA7">
              <w:rPr>
                <w:sz w:val="18"/>
                <w:lang w:val="es-ES"/>
              </w:rPr>
              <w:t>istorice</w:t>
            </w:r>
            <w:proofErr w:type="spellEnd"/>
            <w:r w:rsidRPr="00203EA7">
              <w:rPr>
                <w:sz w:val="18"/>
                <w:lang w:val="es-ES"/>
              </w:rPr>
              <w:t xml:space="preserve"> / </w:t>
            </w:r>
            <w:proofErr w:type="spellStart"/>
            <w:r w:rsidRPr="00203EA7">
              <w:rPr>
                <w:sz w:val="18"/>
                <w:lang w:val="es-ES"/>
              </w:rPr>
              <w:t>educaționale</w:t>
            </w:r>
            <w:proofErr w:type="spellEnd"/>
            <w:r w:rsidRPr="00203EA7">
              <w:rPr>
                <w:sz w:val="18"/>
                <w:lang w:val="es-ES"/>
              </w:rPr>
              <w:t xml:space="preserve">)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activitățile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2DB60775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8.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colaborare </w:t>
            </w:r>
            <w:proofErr w:type="spellStart"/>
            <w:r w:rsidRPr="00203EA7">
              <w:rPr>
                <w:sz w:val="18"/>
                <w:lang w:val="es-ES"/>
              </w:rPr>
              <w:t>interinstituțională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unități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școlare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partenere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cadrul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3B48F0B7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9.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participarea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întâlnirile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lunare</w:t>
            </w:r>
            <w:proofErr w:type="spellEnd"/>
            <w:r w:rsidRPr="00203EA7">
              <w:rPr>
                <w:sz w:val="18"/>
                <w:lang w:val="es-ES"/>
              </w:rPr>
              <w:t xml:space="preserve"> ale </w:t>
            </w:r>
            <w:proofErr w:type="spellStart"/>
            <w:r w:rsidRPr="00203EA7">
              <w:rPr>
                <w:sz w:val="18"/>
                <w:lang w:val="es-ES"/>
              </w:rPr>
              <w:t>Comunității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</w:t>
            </w:r>
            <w:proofErr w:type="spellStart"/>
            <w:r w:rsidRPr="00203EA7">
              <w:rPr>
                <w:sz w:val="18"/>
                <w:lang w:val="es-ES"/>
              </w:rPr>
              <w:t>octombrie</w:t>
            </w:r>
            <w:proofErr w:type="spellEnd"/>
            <w:r w:rsidRPr="00203EA7">
              <w:rPr>
                <w:sz w:val="18"/>
                <w:lang w:val="es-ES"/>
              </w:rPr>
              <w:t xml:space="preserve"> 2026 – </w:t>
            </w:r>
            <w:proofErr w:type="spellStart"/>
            <w:r w:rsidRPr="00203EA7">
              <w:rPr>
                <w:sz w:val="18"/>
                <w:lang w:val="es-ES"/>
              </w:rPr>
              <w:t>mai</w:t>
            </w:r>
            <w:proofErr w:type="spellEnd"/>
            <w:r w:rsidRPr="00203EA7">
              <w:rPr>
                <w:sz w:val="18"/>
                <w:lang w:val="es-ES"/>
              </w:rPr>
              <w:t xml:space="preserve"> 2027).</w:t>
            </w:r>
          </w:p>
          <w:p w14:paraId="784774D1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10.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activități</w:t>
            </w:r>
            <w:proofErr w:type="spellEnd"/>
            <w:r w:rsidRPr="00203EA7">
              <w:rPr>
                <w:sz w:val="18"/>
                <w:lang w:val="es-ES"/>
              </w:rPr>
              <w:t xml:space="preserve"> de diseminare a </w:t>
            </w:r>
            <w:proofErr w:type="spellStart"/>
            <w:r w:rsidRPr="00203EA7">
              <w:rPr>
                <w:sz w:val="18"/>
                <w:lang w:val="es-ES"/>
              </w:rPr>
              <w:t>rezultatelor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resurselor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unitatea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învățământ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68597C0C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11.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contribuție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dezvoltarea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conținutului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</w:t>
            </w:r>
            <w:proofErr w:type="spellEnd"/>
            <w:r w:rsidRPr="00203EA7">
              <w:rPr>
                <w:sz w:val="18"/>
                <w:lang w:val="es-ES"/>
              </w:rPr>
              <w:t xml:space="preserve"> al </w:t>
            </w:r>
            <w:proofErr w:type="spellStart"/>
            <w:r w:rsidRPr="00203EA7">
              <w:rPr>
                <w:sz w:val="18"/>
                <w:lang w:val="es-ES"/>
              </w:rPr>
              <w:t>platformei</w:t>
            </w:r>
            <w:proofErr w:type="spellEnd"/>
            <w:r w:rsidRPr="00203EA7">
              <w:rPr>
                <w:sz w:val="18"/>
                <w:lang w:val="es-ES"/>
              </w:rPr>
              <w:t xml:space="preserve"> eLearning a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</w:t>
            </w:r>
            <w:r w:rsidRPr="00203EA7">
              <w:rPr>
                <w:sz w:val="18"/>
                <w:lang w:val="es-ES"/>
              </w:rPr>
              <w:lastRenderedPageBreak/>
              <w:t>2027).</w:t>
            </w:r>
          </w:p>
          <w:p w14:paraId="4BF8B798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12.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promovarea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imaginii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școlii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programele</w:t>
            </w:r>
            <w:proofErr w:type="spellEnd"/>
            <w:r w:rsidRPr="00203EA7">
              <w:rPr>
                <w:sz w:val="18"/>
                <w:lang w:val="es-ES"/>
              </w:rPr>
              <w:t xml:space="preserve"> de formare </w:t>
            </w:r>
            <w:proofErr w:type="spellStart"/>
            <w:r w:rsidRPr="00203EA7">
              <w:rPr>
                <w:sz w:val="18"/>
                <w:lang w:val="es-ES"/>
              </w:rPr>
              <w:t>organizate</w:t>
            </w:r>
            <w:proofErr w:type="spellEnd"/>
            <w:r w:rsidRPr="00203EA7">
              <w:rPr>
                <w:sz w:val="18"/>
                <w:lang w:val="es-ES"/>
              </w:rPr>
              <w:t xml:space="preserve"> de Centro de Educación Abierta, Spania (2026–2027).</w:t>
            </w:r>
          </w:p>
          <w:p w14:paraId="1FA816E4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13.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participarea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activități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schimb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experiență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cu</w:t>
            </w:r>
            <w:proofErr w:type="spellEnd"/>
            <w:r w:rsidRPr="00203EA7">
              <w:rPr>
                <w:sz w:val="18"/>
                <w:lang w:val="es-ES"/>
              </w:rPr>
              <w:t xml:space="preserve"> alte </w:t>
            </w:r>
            <w:proofErr w:type="spellStart"/>
            <w:r w:rsidRPr="00203EA7">
              <w:rPr>
                <w:sz w:val="18"/>
                <w:lang w:val="es-ES"/>
              </w:rPr>
              <w:t>unități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învățământ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0E82E60C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14.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inițierea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organizarea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unui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schimb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experiență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între</w:t>
            </w:r>
            <w:proofErr w:type="spellEnd"/>
            <w:r w:rsidRPr="00203EA7">
              <w:rPr>
                <w:sz w:val="18"/>
                <w:lang w:val="es-ES"/>
              </w:rPr>
              <w:t xml:space="preserve"> cadre </w:t>
            </w:r>
            <w:proofErr w:type="spellStart"/>
            <w:r w:rsidRPr="00203EA7">
              <w:rPr>
                <w:sz w:val="18"/>
                <w:lang w:val="es-ES"/>
              </w:rPr>
              <w:t>didactice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</w:tc>
        <w:tc>
          <w:tcPr>
            <w:tcW w:w="4986" w:type="dxa"/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EC01D32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lastRenderedPageBreak/>
              <w:t xml:space="preserve">15.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participarea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webinariile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(2026–2027).</w:t>
            </w:r>
          </w:p>
          <w:p w14:paraId="3B2CE1E7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16.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activități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voluntariat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cadrul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43E3337C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17.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implicarea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implementarea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coordonarea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activităților</w:t>
            </w:r>
            <w:proofErr w:type="spellEnd"/>
            <w:r w:rsidRPr="00203EA7">
              <w:rPr>
                <w:sz w:val="18"/>
                <w:lang w:val="es-ES"/>
              </w:rPr>
              <w:t xml:space="preserve"> din </w:t>
            </w:r>
            <w:proofErr w:type="spellStart"/>
            <w:r w:rsidRPr="00203EA7">
              <w:rPr>
                <w:sz w:val="18"/>
                <w:lang w:val="es-ES"/>
              </w:rPr>
              <w:t>cadrul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(2026–2027).</w:t>
            </w:r>
          </w:p>
          <w:p w14:paraId="7E3AEA58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18.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implementarea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unui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</w:t>
            </w:r>
            <w:proofErr w:type="spellEnd"/>
            <w:r w:rsidRPr="00203EA7">
              <w:rPr>
                <w:sz w:val="18"/>
                <w:lang w:val="es-ES"/>
              </w:rPr>
              <w:t>/</w:t>
            </w:r>
            <w:proofErr w:type="spellStart"/>
            <w:r w:rsidRPr="00203EA7">
              <w:rPr>
                <w:sz w:val="18"/>
                <w:lang w:val="es-ES"/>
              </w:rPr>
              <w:t>activități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extrașcolare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cadrul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programului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Școala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Altfel</w:t>
            </w:r>
            <w:proofErr w:type="spellEnd"/>
            <w:r w:rsidRPr="00203EA7">
              <w:rPr>
                <w:sz w:val="18"/>
                <w:lang w:val="es-ES"/>
              </w:rPr>
              <w:t>” / „</w:t>
            </w:r>
            <w:proofErr w:type="spellStart"/>
            <w:r w:rsidRPr="00203EA7">
              <w:rPr>
                <w:sz w:val="18"/>
                <w:lang w:val="es-ES"/>
              </w:rPr>
              <w:t>Școala</w:t>
            </w:r>
            <w:proofErr w:type="spellEnd"/>
            <w:r w:rsidRPr="00203EA7">
              <w:rPr>
                <w:sz w:val="18"/>
                <w:lang w:val="es-ES"/>
              </w:rPr>
              <w:t xml:space="preserve"> Verde” (2026–2027).</w:t>
            </w:r>
          </w:p>
          <w:p w14:paraId="353D2B0E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19.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aplicarea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clasă</w:t>
            </w:r>
            <w:proofErr w:type="spellEnd"/>
            <w:r w:rsidRPr="00203EA7">
              <w:rPr>
                <w:sz w:val="18"/>
                <w:lang w:val="es-ES"/>
              </w:rPr>
              <w:t xml:space="preserve"> a </w:t>
            </w:r>
            <w:proofErr w:type="spellStart"/>
            <w:r w:rsidRPr="00203EA7">
              <w:rPr>
                <w:sz w:val="18"/>
                <w:lang w:val="es-ES"/>
              </w:rPr>
              <w:t>metodelor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tehnicilor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inovatoare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preluate</w:t>
            </w:r>
            <w:proofErr w:type="spellEnd"/>
            <w:r w:rsidRPr="00203EA7">
              <w:rPr>
                <w:sz w:val="18"/>
                <w:lang w:val="es-ES"/>
              </w:rPr>
              <w:t xml:space="preserve"> din </w:t>
            </w:r>
            <w:proofErr w:type="spellStart"/>
            <w:r w:rsidRPr="00203EA7">
              <w:rPr>
                <w:sz w:val="18"/>
                <w:lang w:val="es-ES"/>
              </w:rPr>
              <w:t>activitățile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resursele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06A97FF2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20.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utilizarea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platformei</w:t>
            </w:r>
            <w:proofErr w:type="spellEnd"/>
            <w:r w:rsidRPr="00203EA7">
              <w:rPr>
                <w:sz w:val="18"/>
                <w:lang w:val="es-ES"/>
              </w:rPr>
              <w:t xml:space="preserve"> www.educatiedeschisa.com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a </w:t>
            </w:r>
            <w:proofErr w:type="spellStart"/>
            <w:r w:rsidRPr="00203EA7">
              <w:rPr>
                <w:sz w:val="18"/>
                <w:lang w:val="es-ES"/>
              </w:rPr>
              <w:t>aplicațiilor</w:t>
            </w:r>
            <w:proofErr w:type="spellEnd"/>
            <w:r w:rsidRPr="00203EA7">
              <w:rPr>
                <w:sz w:val="18"/>
                <w:lang w:val="es-ES"/>
              </w:rPr>
              <w:t>/</w:t>
            </w:r>
            <w:proofErr w:type="spellStart"/>
            <w:r w:rsidRPr="00203EA7">
              <w:rPr>
                <w:sz w:val="18"/>
                <w:lang w:val="es-ES"/>
              </w:rPr>
              <w:t>softurilor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activitatea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elevii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2F9E21CF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21.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elaborarea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publicarea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unei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resurse</w:t>
            </w:r>
            <w:proofErr w:type="spellEnd"/>
            <w:r w:rsidRPr="00203EA7">
              <w:rPr>
                <w:sz w:val="18"/>
                <w:lang w:val="es-ES"/>
              </w:rPr>
              <w:t xml:space="preserve"> (RED)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Revista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(2026–2027).</w:t>
            </w:r>
          </w:p>
          <w:p w14:paraId="6083D332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22.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de participare la </w:t>
            </w:r>
            <w:proofErr w:type="spellStart"/>
            <w:r w:rsidRPr="00203EA7">
              <w:rPr>
                <w:sz w:val="18"/>
                <w:lang w:val="es-ES"/>
              </w:rPr>
              <w:t>Simpozionul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Rolul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profesorului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era </w:t>
            </w:r>
            <w:proofErr w:type="spellStart"/>
            <w:r w:rsidRPr="00203EA7">
              <w:rPr>
                <w:sz w:val="18"/>
                <w:lang w:val="es-ES"/>
              </w:rPr>
              <w:t>digitală</w:t>
            </w:r>
            <w:proofErr w:type="spellEnd"/>
            <w:r w:rsidRPr="00203EA7">
              <w:rPr>
                <w:sz w:val="18"/>
                <w:lang w:val="es-ES"/>
              </w:rPr>
              <w:t xml:space="preserve">: </w:t>
            </w:r>
            <w:proofErr w:type="spellStart"/>
            <w:r w:rsidRPr="00203EA7">
              <w:rPr>
                <w:sz w:val="18"/>
                <w:lang w:val="es-ES"/>
              </w:rPr>
              <w:t>adaptarea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stilurilor</w:t>
            </w:r>
            <w:proofErr w:type="spellEnd"/>
            <w:r w:rsidRPr="00203EA7">
              <w:rPr>
                <w:sz w:val="18"/>
                <w:lang w:val="es-ES"/>
              </w:rPr>
              <w:t xml:space="preserve"> de predare” (2026–2027).</w:t>
            </w:r>
          </w:p>
          <w:p w14:paraId="3C4A0C91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23.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de participare la </w:t>
            </w:r>
            <w:proofErr w:type="spellStart"/>
            <w:r w:rsidRPr="00203EA7">
              <w:rPr>
                <w:sz w:val="18"/>
                <w:lang w:val="es-ES"/>
              </w:rPr>
              <w:t>Conferința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Internațională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era </w:t>
            </w:r>
            <w:proofErr w:type="spellStart"/>
            <w:r w:rsidRPr="00203EA7">
              <w:rPr>
                <w:sz w:val="18"/>
                <w:lang w:val="es-ES"/>
              </w:rPr>
              <w:t>digitală</w:t>
            </w:r>
            <w:proofErr w:type="spellEnd"/>
            <w:r w:rsidRPr="00203EA7">
              <w:rPr>
                <w:sz w:val="18"/>
                <w:lang w:val="es-ES"/>
              </w:rPr>
              <w:t xml:space="preserve">: IA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provocările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educației</w:t>
            </w:r>
            <w:proofErr w:type="spellEnd"/>
            <w:r w:rsidRPr="00203EA7">
              <w:rPr>
                <w:sz w:val="18"/>
                <w:lang w:val="es-ES"/>
              </w:rPr>
              <w:t xml:space="preserve"> moderne” (2026–2027).</w:t>
            </w:r>
          </w:p>
          <w:p w14:paraId="7FD0E3A0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24.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participarea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workshopurile</w:t>
            </w:r>
            <w:proofErr w:type="spellEnd"/>
            <w:r w:rsidRPr="00203EA7">
              <w:rPr>
                <w:sz w:val="18"/>
                <w:lang w:val="es-ES"/>
              </w:rPr>
              <w:t xml:space="preserve"> tematice </w:t>
            </w:r>
            <w:proofErr w:type="gramStart"/>
            <w:r w:rsidRPr="00203EA7">
              <w:rPr>
                <w:sz w:val="18"/>
                <w:lang w:val="es-ES"/>
              </w:rPr>
              <w:t>din seria</w:t>
            </w:r>
            <w:proofErr w:type="gramEnd"/>
            <w:r w:rsidRPr="00203EA7">
              <w:rPr>
                <w:sz w:val="18"/>
                <w:lang w:val="es-ES"/>
              </w:rPr>
              <w:t xml:space="preserve"> „Instrumente </w:t>
            </w:r>
            <w:proofErr w:type="spellStart"/>
            <w:r w:rsidRPr="00203EA7">
              <w:rPr>
                <w:sz w:val="18"/>
                <w:lang w:val="es-ES"/>
              </w:rPr>
              <w:t>digitale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IA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profesori</w:t>
            </w:r>
            <w:proofErr w:type="spellEnd"/>
            <w:r w:rsidRPr="00203EA7">
              <w:rPr>
                <w:sz w:val="18"/>
                <w:lang w:val="es-ES"/>
              </w:rPr>
              <w:t>” (2026–2027).</w:t>
            </w:r>
          </w:p>
          <w:p w14:paraId="0BB95FDF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25.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participarea</w:t>
            </w:r>
            <w:proofErr w:type="spellEnd"/>
            <w:r w:rsidRPr="00203EA7">
              <w:rPr>
                <w:sz w:val="18"/>
                <w:lang w:val="es-ES"/>
              </w:rPr>
              <w:t xml:space="preserve"> la </w:t>
            </w:r>
            <w:proofErr w:type="spellStart"/>
            <w:r w:rsidRPr="00203EA7">
              <w:rPr>
                <w:sz w:val="18"/>
                <w:lang w:val="es-ES"/>
              </w:rPr>
              <w:t>mesele</w:t>
            </w:r>
            <w:proofErr w:type="spellEnd"/>
            <w:r w:rsidRPr="00203EA7">
              <w:rPr>
                <w:sz w:val="18"/>
                <w:lang w:val="es-ES"/>
              </w:rPr>
              <w:t xml:space="preserve"> rotunde din </w:t>
            </w:r>
            <w:proofErr w:type="spellStart"/>
            <w:r w:rsidRPr="00203EA7">
              <w:rPr>
                <w:sz w:val="18"/>
                <w:lang w:val="es-ES"/>
              </w:rPr>
              <w:t>cadrul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(2026–2027).</w:t>
            </w:r>
          </w:p>
          <w:p w14:paraId="619FB378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lastRenderedPageBreak/>
              <w:t xml:space="preserve">26.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pentru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promovarea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reformei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curriculare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prin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realizarea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și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publicarea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unui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studiu</w:t>
            </w:r>
            <w:proofErr w:type="spellEnd"/>
            <w:r w:rsidRPr="00203EA7">
              <w:rPr>
                <w:sz w:val="18"/>
                <w:lang w:val="es-ES"/>
              </w:rPr>
              <w:t>/</w:t>
            </w:r>
            <w:proofErr w:type="spellStart"/>
            <w:r w:rsidRPr="00203EA7">
              <w:rPr>
                <w:sz w:val="18"/>
                <w:lang w:val="es-ES"/>
              </w:rPr>
              <w:t>articol</w:t>
            </w:r>
            <w:proofErr w:type="spellEnd"/>
            <w:r w:rsidRPr="00203EA7">
              <w:rPr>
                <w:sz w:val="18"/>
                <w:lang w:val="es-ES"/>
              </w:rPr>
              <w:t xml:space="preserve"> de </w:t>
            </w:r>
            <w:proofErr w:type="spellStart"/>
            <w:r w:rsidRPr="00203EA7">
              <w:rPr>
                <w:sz w:val="18"/>
                <w:lang w:val="es-ES"/>
              </w:rPr>
              <w:t>management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în</w:t>
            </w:r>
            <w:proofErr w:type="spellEnd"/>
            <w:r w:rsidRPr="00203EA7">
              <w:rPr>
                <w:sz w:val="18"/>
                <w:lang w:val="es-ES"/>
              </w:rPr>
              <w:t xml:space="preserve"> Revista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(2026–2027).</w:t>
            </w:r>
          </w:p>
          <w:p w14:paraId="46B4EB0B" w14:textId="77777777" w:rsidR="000E49E9" w:rsidRPr="00203EA7" w:rsidRDefault="00000000" w:rsidP="00203EA7">
            <w:pPr>
              <w:spacing w:after="20" w:line="221" w:lineRule="auto"/>
              <w:ind w:left="204" w:hanging="181"/>
              <w:jc w:val="both"/>
              <w:rPr>
                <w:lang w:val="es-ES"/>
              </w:rPr>
            </w:pPr>
            <w:r w:rsidRPr="00203EA7">
              <w:rPr>
                <w:b/>
                <w:sz w:val="18"/>
                <w:lang w:val="es-ES"/>
              </w:rPr>
              <w:t xml:space="preserve">27. </w:t>
            </w:r>
            <w:proofErr w:type="spellStart"/>
            <w:r w:rsidRPr="00203EA7">
              <w:rPr>
                <w:sz w:val="18"/>
                <w:lang w:val="es-ES"/>
              </w:rPr>
              <w:t>Adeverință</w:t>
            </w:r>
            <w:proofErr w:type="spellEnd"/>
            <w:r w:rsidRPr="00203EA7">
              <w:rPr>
                <w:sz w:val="18"/>
                <w:lang w:val="es-ES"/>
              </w:rPr>
              <w:t xml:space="preserve"> de participare la </w:t>
            </w:r>
            <w:proofErr w:type="spellStart"/>
            <w:r w:rsidRPr="00203EA7">
              <w:rPr>
                <w:sz w:val="18"/>
                <w:lang w:val="es-ES"/>
              </w:rPr>
              <w:t>activitățile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Proiectului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Educațional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Internațional</w:t>
            </w:r>
            <w:proofErr w:type="spellEnd"/>
            <w:r w:rsidRPr="00203EA7">
              <w:rPr>
                <w:sz w:val="18"/>
                <w:lang w:val="es-ES"/>
              </w:rPr>
              <w:t xml:space="preserve"> „</w:t>
            </w:r>
            <w:proofErr w:type="spellStart"/>
            <w:r w:rsidRPr="00203EA7">
              <w:rPr>
                <w:sz w:val="18"/>
                <w:lang w:val="es-ES"/>
              </w:rPr>
              <w:t>Educație</w:t>
            </w:r>
            <w:proofErr w:type="spellEnd"/>
            <w:r w:rsidRPr="00203EA7">
              <w:rPr>
                <w:sz w:val="18"/>
                <w:lang w:val="es-ES"/>
              </w:rPr>
              <w:t xml:space="preserve"> </w:t>
            </w:r>
            <w:proofErr w:type="spellStart"/>
            <w:r w:rsidRPr="00203EA7">
              <w:rPr>
                <w:sz w:val="18"/>
                <w:lang w:val="es-ES"/>
              </w:rPr>
              <w:t>Deschisă</w:t>
            </w:r>
            <w:proofErr w:type="spellEnd"/>
            <w:r w:rsidRPr="00203EA7">
              <w:rPr>
                <w:sz w:val="18"/>
                <w:lang w:val="es-ES"/>
              </w:rPr>
              <w:t>” (2026–2027).</w:t>
            </w:r>
          </w:p>
        </w:tc>
      </w:tr>
    </w:tbl>
    <w:p w14:paraId="02073BB6" w14:textId="77777777" w:rsidR="000E49E9" w:rsidRPr="00203EA7" w:rsidRDefault="00000000" w:rsidP="00203EA7">
      <w:pPr>
        <w:keepNext/>
        <w:spacing w:before="180" w:after="80"/>
        <w:jc w:val="both"/>
        <w:rPr>
          <w:lang w:val="es-ES"/>
        </w:rPr>
      </w:pPr>
      <w:r w:rsidRPr="00203EA7">
        <w:rPr>
          <w:b/>
          <w:color w:val="1F4E79"/>
          <w:sz w:val="25"/>
          <w:lang w:val="es-ES"/>
        </w:rPr>
        <w:lastRenderedPageBreak/>
        <w:t>3. CUM TE ÎNSCRII</w:t>
      </w:r>
    </w:p>
    <w:p w14:paraId="6A8A594E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1. </w:t>
      </w:r>
      <w:proofErr w:type="spellStart"/>
      <w:r w:rsidRPr="00203EA7">
        <w:rPr>
          <w:lang w:val="es-ES"/>
        </w:rPr>
        <w:t>Completezi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formularul</w:t>
      </w:r>
      <w:proofErr w:type="spellEnd"/>
      <w:r w:rsidRPr="00203EA7">
        <w:rPr>
          <w:lang w:val="es-ES"/>
        </w:rPr>
        <w:t xml:space="preserve"> de solicitare a </w:t>
      </w:r>
      <w:proofErr w:type="spellStart"/>
      <w:r w:rsidRPr="00203EA7">
        <w:rPr>
          <w:lang w:val="es-ES"/>
        </w:rPr>
        <w:t>informațiilor</w:t>
      </w:r>
      <w:proofErr w:type="spellEnd"/>
      <w:r w:rsidRPr="00203EA7">
        <w:rPr>
          <w:lang w:val="es-ES"/>
        </w:rPr>
        <w:t xml:space="preserve"> despre </w:t>
      </w:r>
      <w:proofErr w:type="spellStart"/>
      <w:r w:rsidRPr="00203EA7">
        <w:rPr>
          <w:lang w:val="es-ES"/>
        </w:rPr>
        <w:t>pachetul</w:t>
      </w:r>
      <w:proofErr w:type="spellEnd"/>
      <w:r w:rsidRPr="00203EA7">
        <w:rPr>
          <w:lang w:val="es-ES"/>
        </w:rPr>
        <w:t xml:space="preserve"> „</w:t>
      </w:r>
      <w:proofErr w:type="spellStart"/>
      <w:r w:rsidRPr="00203EA7">
        <w:rPr>
          <w:lang w:val="es-ES"/>
        </w:rPr>
        <w:t>Membru</w:t>
      </w:r>
      <w:proofErr w:type="spellEnd"/>
      <w:r w:rsidRPr="00203EA7">
        <w:rPr>
          <w:lang w:val="es-ES"/>
        </w:rPr>
        <w:t xml:space="preserve"> al </w:t>
      </w:r>
      <w:proofErr w:type="spellStart"/>
      <w:r w:rsidRPr="00203EA7">
        <w:rPr>
          <w:lang w:val="es-ES"/>
        </w:rPr>
        <w:t>Comunității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Educație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Deschisă</w:t>
      </w:r>
      <w:proofErr w:type="spellEnd"/>
      <w:r w:rsidRPr="00203EA7">
        <w:rPr>
          <w:lang w:val="es-ES"/>
        </w:rPr>
        <w:t>”.</w:t>
      </w:r>
    </w:p>
    <w:p w14:paraId="5890FB46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2. </w:t>
      </w:r>
      <w:proofErr w:type="spellStart"/>
      <w:r w:rsidRPr="00203EA7">
        <w:rPr>
          <w:lang w:val="es-ES"/>
        </w:rPr>
        <w:t>Primești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prin</w:t>
      </w:r>
      <w:proofErr w:type="spellEnd"/>
      <w:r w:rsidRPr="00203EA7">
        <w:rPr>
          <w:lang w:val="es-ES"/>
        </w:rPr>
        <w:t xml:space="preserve"> e-mail </w:t>
      </w:r>
      <w:proofErr w:type="spellStart"/>
      <w:r w:rsidRPr="00203EA7">
        <w:rPr>
          <w:lang w:val="es-ES"/>
        </w:rPr>
        <w:t>toate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informațiile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necesare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inclusiv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modalitatea</w:t>
      </w:r>
      <w:proofErr w:type="spellEnd"/>
      <w:r w:rsidRPr="00203EA7">
        <w:rPr>
          <w:lang w:val="es-ES"/>
        </w:rPr>
        <w:t xml:space="preserve"> de </w:t>
      </w:r>
      <w:proofErr w:type="spellStart"/>
      <w:r w:rsidRPr="00203EA7">
        <w:rPr>
          <w:lang w:val="es-ES"/>
        </w:rPr>
        <w:t>plată</w:t>
      </w:r>
      <w:proofErr w:type="spellEnd"/>
      <w:r w:rsidRPr="00203EA7">
        <w:rPr>
          <w:lang w:val="es-ES"/>
        </w:rPr>
        <w:t>.</w:t>
      </w:r>
    </w:p>
    <w:p w14:paraId="4D049986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3. </w:t>
      </w:r>
      <w:proofErr w:type="spellStart"/>
      <w:r w:rsidRPr="00203EA7">
        <w:rPr>
          <w:lang w:val="es-ES"/>
        </w:rPr>
        <w:t>Achiți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taxa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pachetului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folosind</w:t>
      </w:r>
      <w:proofErr w:type="spellEnd"/>
      <w:r w:rsidRPr="00203EA7">
        <w:rPr>
          <w:lang w:val="es-ES"/>
        </w:rPr>
        <w:t xml:space="preserve"> la </w:t>
      </w:r>
      <w:proofErr w:type="spellStart"/>
      <w:r w:rsidRPr="00203EA7">
        <w:rPr>
          <w:lang w:val="es-ES"/>
        </w:rPr>
        <w:t>plată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aceeași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adresă</w:t>
      </w:r>
      <w:proofErr w:type="spellEnd"/>
      <w:r w:rsidRPr="00203EA7">
        <w:rPr>
          <w:lang w:val="es-ES"/>
        </w:rPr>
        <w:t xml:space="preserve"> de e-mail pe care </w:t>
      </w:r>
      <w:proofErr w:type="spellStart"/>
      <w:r w:rsidRPr="00203EA7">
        <w:rPr>
          <w:lang w:val="es-ES"/>
        </w:rPr>
        <w:t>ai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introdus</w:t>
      </w:r>
      <w:proofErr w:type="spellEnd"/>
      <w:r w:rsidRPr="00203EA7">
        <w:rPr>
          <w:lang w:val="es-ES"/>
        </w:rPr>
        <w:t xml:space="preserve">-o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formularul</w:t>
      </w:r>
      <w:proofErr w:type="spellEnd"/>
      <w:r w:rsidRPr="00203EA7">
        <w:rPr>
          <w:lang w:val="es-ES"/>
        </w:rPr>
        <w:t xml:space="preserve"> de solicitare a </w:t>
      </w:r>
      <w:proofErr w:type="spellStart"/>
      <w:r w:rsidRPr="00203EA7">
        <w:rPr>
          <w:lang w:val="es-ES"/>
        </w:rPr>
        <w:t>informațiilor</w:t>
      </w:r>
      <w:proofErr w:type="spellEnd"/>
      <w:r w:rsidRPr="00203EA7">
        <w:rPr>
          <w:lang w:val="es-ES"/>
        </w:rPr>
        <w:t>.</w:t>
      </w:r>
    </w:p>
    <w:p w14:paraId="44829580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4.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maximum</w:t>
      </w:r>
      <w:proofErr w:type="spellEnd"/>
      <w:r w:rsidRPr="00203EA7">
        <w:rPr>
          <w:lang w:val="es-ES"/>
        </w:rPr>
        <w:t xml:space="preserve"> 48 de ore de la </w:t>
      </w:r>
      <w:proofErr w:type="spellStart"/>
      <w:r w:rsidRPr="00203EA7">
        <w:rPr>
          <w:lang w:val="es-ES"/>
        </w:rPr>
        <w:t>confirmarea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plății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vei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primi</w:t>
      </w:r>
      <w:proofErr w:type="spellEnd"/>
      <w:r w:rsidRPr="00203EA7">
        <w:rPr>
          <w:lang w:val="es-ES"/>
        </w:rPr>
        <w:t xml:space="preserve"> pe </w:t>
      </w:r>
      <w:proofErr w:type="spellStart"/>
      <w:r w:rsidRPr="00203EA7">
        <w:rPr>
          <w:lang w:val="es-ES"/>
        </w:rPr>
        <w:t>aceeași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adresă</w:t>
      </w:r>
      <w:proofErr w:type="spellEnd"/>
      <w:r w:rsidRPr="00203EA7">
        <w:rPr>
          <w:lang w:val="es-ES"/>
        </w:rPr>
        <w:t xml:space="preserve"> de e-mail </w:t>
      </w:r>
      <w:proofErr w:type="spellStart"/>
      <w:r w:rsidRPr="00203EA7">
        <w:rPr>
          <w:lang w:val="es-ES"/>
        </w:rPr>
        <w:t>Formularul</w:t>
      </w:r>
      <w:proofErr w:type="spellEnd"/>
      <w:r w:rsidRPr="00203EA7">
        <w:rPr>
          <w:lang w:val="es-ES"/>
        </w:rPr>
        <w:t xml:space="preserve"> 2, </w:t>
      </w:r>
      <w:proofErr w:type="spellStart"/>
      <w:r w:rsidRPr="00203EA7">
        <w:rPr>
          <w:lang w:val="es-ES"/>
        </w:rPr>
        <w:t>necesar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eliberarea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celor</w:t>
      </w:r>
      <w:proofErr w:type="spellEnd"/>
      <w:r w:rsidRPr="00203EA7">
        <w:rPr>
          <w:lang w:val="es-ES"/>
        </w:rPr>
        <w:t xml:space="preserve"> 27 de documente (26 de </w:t>
      </w:r>
      <w:proofErr w:type="spellStart"/>
      <w:r w:rsidRPr="00203EA7">
        <w:rPr>
          <w:lang w:val="es-ES"/>
        </w:rPr>
        <w:t>adeverințe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bilingve</w:t>
      </w:r>
      <w:proofErr w:type="spellEnd"/>
      <w:r w:rsidRPr="00203EA7">
        <w:rPr>
          <w:lang w:val="es-ES"/>
        </w:rPr>
        <w:t xml:space="preserve"> + 1 </w:t>
      </w:r>
      <w:proofErr w:type="spellStart"/>
      <w:r w:rsidRPr="00203EA7">
        <w:rPr>
          <w:lang w:val="es-ES"/>
        </w:rPr>
        <w:t>decizie</w:t>
      </w:r>
      <w:proofErr w:type="spellEnd"/>
      <w:r w:rsidRPr="00203EA7">
        <w:rPr>
          <w:lang w:val="es-ES"/>
        </w:rPr>
        <w:t>).</w:t>
      </w:r>
    </w:p>
    <w:p w14:paraId="60AE37F3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5. </w:t>
      </w:r>
      <w:proofErr w:type="spellStart"/>
      <w:r w:rsidRPr="00203EA7">
        <w:rPr>
          <w:lang w:val="es-ES"/>
        </w:rPr>
        <w:t>Completezi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Formularul</w:t>
      </w:r>
      <w:proofErr w:type="spellEnd"/>
      <w:r w:rsidRPr="00203EA7">
        <w:rPr>
          <w:lang w:val="es-ES"/>
        </w:rPr>
        <w:t xml:space="preserve"> 2 </w:t>
      </w:r>
      <w:proofErr w:type="spellStart"/>
      <w:r w:rsidRPr="00203EA7">
        <w:rPr>
          <w:lang w:val="es-ES"/>
        </w:rPr>
        <w:t>cu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datele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solicitate</w:t>
      </w:r>
      <w:proofErr w:type="spellEnd"/>
      <w:r w:rsidRPr="00203EA7">
        <w:rPr>
          <w:lang w:val="es-ES"/>
        </w:rPr>
        <w:t xml:space="preserve">: </w:t>
      </w:r>
      <w:proofErr w:type="spellStart"/>
      <w:r w:rsidRPr="00203EA7">
        <w:rPr>
          <w:lang w:val="es-ES"/>
        </w:rPr>
        <w:t>nume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complet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unitate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școlară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localitate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adresă</w:t>
      </w:r>
      <w:proofErr w:type="spellEnd"/>
      <w:r w:rsidRPr="00203EA7">
        <w:rPr>
          <w:lang w:val="es-ES"/>
        </w:rPr>
        <w:t xml:space="preserve"> de e-mail.</w:t>
      </w:r>
    </w:p>
    <w:p w14:paraId="16A54710" w14:textId="77777777" w:rsidR="000E49E9" w:rsidRDefault="00000000" w:rsidP="00203EA7">
      <w:pPr>
        <w:spacing w:after="80" w:line="252" w:lineRule="auto"/>
        <w:ind w:left="340" w:hanging="283"/>
        <w:jc w:val="both"/>
      </w:pPr>
      <w:r w:rsidRPr="00203EA7">
        <w:rPr>
          <w:b/>
          <w:lang w:val="es-ES"/>
        </w:rPr>
        <w:t xml:space="preserve">6. </w:t>
      </w:r>
      <w:proofErr w:type="spellStart"/>
      <w:r w:rsidRPr="00203EA7">
        <w:rPr>
          <w:lang w:val="es-ES"/>
        </w:rPr>
        <w:t>Trimiți</w:t>
      </w:r>
      <w:proofErr w:type="spellEnd"/>
      <w:r w:rsidRPr="00203EA7">
        <w:rPr>
          <w:lang w:val="es-ES"/>
        </w:rPr>
        <w:t xml:space="preserve"> la proiect@educatiedeschisa.com </w:t>
      </w:r>
      <w:proofErr w:type="spellStart"/>
      <w:r w:rsidRPr="00203EA7">
        <w:rPr>
          <w:lang w:val="es-ES"/>
        </w:rPr>
        <w:t>cel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puțin</w:t>
      </w:r>
      <w:proofErr w:type="spellEnd"/>
      <w:r w:rsidRPr="00203EA7">
        <w:rPr>
          <w:lang w:val="es-ES"/>
        </w:rPr>
        <w:t xml:space="preserve"> un material </w:t>
      </w:r>
      <w:proofErr w:type="spellStart"/>
      <w:r w:rsidRPr="00203EA7">
        <w:rPr>
          <w:lang w:val="es-ES"/>
        </w:rPr>
        <w:t>educațional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propriu</w:t>
      </w:r>
      <w:proofErr w:type="spellEnd"/>
      <w:r w:rsidRPr="00203EA7">
        <w:rPr>
          <w:lang w:val="es-ES"/>
        </w:rPr>
        <w:t xml:space="preserve">: RED, </w:t>
      </w:r>
      <w:proofErr w:type="spellStart"/>
      <w:r w:rsidRPr="00203EA7">
        <w:rPr>
          <w:lang w:val="es-ES"/>
        </w:rPr>
        <w:t>proiect</w:t>
      </w:r>
      <w:proofErr w:type="spellEnd"/>
      <w:r w:rsidRPr="00203EA7">
        <w:rPr>
          <w:lang w:val="es-ES"/>
        </w:rPr>
        <w:t xml:space="preserve"> de </w:t>
      </w:r>
      <w:proofErr w:type="spellStart"/>
      <w:r w:rsidRPr="00203EA7">
        <w:rPr>
          <w:lang w:val="es-ES"/>
        </w:rPr>
        <w:t>lecție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proiect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educațional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fișă</w:t>
      </w:r>
      <w:proofErr w:type="spellEnd"/>
      <w:r w:rsidRPr="00203EA7">
        <w:rPr>
          <w:lang w:val="es-ES"/>
        </w:rPr>
        <w:t xml:space="preserve"> de </w:t>
      </w:r>
      <w:proofErr w:type="spellStart"/>
      <w:r w:rsidRPr="00203EA7">
        <w:rPr>
          <w:lang w:val="es-ES"/>
        </w:rPr>
        <w:t>lucru</w:t>
      </w:r>
      <w:proofErr w:type="spellEnd"/>
      <w:r w:rsidRPr="00203EA7">
        <w:rPr>
          <w:lang w:val="es-ES"/>
        </w:rPr>
        <w:t xml:space="preserve">/evaluare, </w:t>
      </w:r>
      <w:proofErr w:type="spellStart"/>
      <w:r w:rsidRPr="00203EA7">
        <w:rPr>
          <w:lang w:val="es-ES"/>
        </w:rPr>
        <w:t>articol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educațional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sau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alt</w:t>
      </w:r>
      <w:proofErr w:type="spellEnd"/>
      <w:r w:rsidRPr="00203EA7">
        <w:rPr>
          <w:lang w:val="es-ES"/>
        </w:rPr>
        <w:t xml:space="preserve"> material </w:t>
      </w:r>
      <w:proofErr w:type="spellStart"/>
      <w:r w:rsidRPr="00203EA7">
        <w:rPr>
          <w:lang w:val="es-ES"/>
        </w:rPr>
        <w:t>relevant</w:t>
      </w:r>
      <w:proofErr w:type="spellEnd"/>
      <w:r w:rsidRPr="00203EA7">
        <w:rPr>
          <w:lang w:val="es-ES"/>
        </w:rPr>
        <w:t xml:space="preserve">. </w:t>
      </w:r>
      <w:proofErr w:type="spellStart"/>
      <w:r>
        <w:t>Materialul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transmis</w:t>
      </w:r>
      <w:proofErr w:type="spellEnd"/>
      <w:r>
        <w:t xml:space="preserve"> în format Word; RED-urile pot fi transmise și în format PDF sau prin link.</w:t>
      </w:r>
    </w:p>
    <w:p w14:paraId="5DA3E5DC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7. </w:t>
      </w:r>
      <w:proofErr w:type="spellStart"/>
      <w:r w:rsidRPr="00203EA7">
        <w:rPr>
          <w:lang w:val="es-ES"/>
        </w:rPr>
        <w:t>După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completarea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Formularului</w:t>
      </w:r>
      <w:proofErr w:type="spellEnd"/>
      <w:r w:rsidRPr="00203EA7">
        <w:rPr>
          <w:lang w:val="es-ES"/>
        </w:rPr>
        <w:t xml:space="preserve"> 2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transmiterea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materialului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educațional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documentele</w:t>
      </w:r>
      <w:proofErr w:type="spellEnd"/>
      <w:r w:rsidRPr="00203EA7">
        <w:rPr>
          <w:lang w:val="es-ES"/>
        </w:rPr>
        <w:t xml:space="preserve"> sunt </w:t>
      </w:r>
      <w:proofErr w:type="spellStart"/>
      <w:r w:rsidRPr="00203EA7">
        <w:rPr>
          <w:lang w:val="es-ES"/>
        </w:rPr>
        <w:t>procesate</w:t>
      </w:r>
      <w:proofErr w:type="spellEnd"/>
      <w:r w:rsidRPr="00203EA7">
        <w:rPr>
          <w:lang w:val="es-ES"/>
        </w:rPr>
        <w:t xml:space="preserve">. Cele 26 de </w:t>
      </w:r>
      <w:proofErr w:type="spellStart"/>
      <w:r w:rsidRPr="00203EA7">
        <w:rPr>
          <w:lang w:val="es-ES"/>
        </w:rPr>
        <w:t>adeverințe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bilingve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vor</w:t>
      </w:r>
      <w:proofErr w:type="spellEnd"/>
      <w:r w:rsidRPr="00203EA7">
        <w:rPr>
          <w:lang w:val="es-ES"/>
        </w:rPr>
        <w:t xml:space="preserve"> fi </w:t>
      </w:r>
      <w:proofErr w:type="spellStart"/>
      <w:r w:rsidRPr="00203EA7">
        <w:rPr>
          <w:lang w:val="es-ES"/>
        </w:rPr>
        <w:t>transmise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prin</w:t>
      </w:r>
      <w:proofErr w:type="spellEnd"/>
      <w:r w:rsidRPr="00203EA7">
        <w:rPr>
          <w:lang w:val="es-ES"/>
        </w:rPr>
        <w:t xml:space="preserve"> e-mail,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format</w:t>
      </w:r>
      <w:proofErr w:type="spellEnd"/>
      <w:r w:rsidRPr="00203EA7">
        <w:rPr>
          <w:lang w:val="es-ES"/>
        </w:rPr>
        <w:t xml:space="preserve"> PDF. </w:t>
      </w:r>
      <w:proofErr w:type="spellStart"/>
      <w:r w:rsidRPr="00203EA7">
        <w:rPr>
          <w:lang w:val="es-ES"/>
        </w:rPr>
        <w:t>Decizia</w:t>
      </w:r>
      <w:proofErr w:type="spellEnd"/>
      <w:r w:rsidRPr="00203EA7">
        <w:rPr>
          <w:lang w:val="es-ES"/>
        </w:rPr>
        <w:t xml:space="preserve"> va fi </w:t>
      </w:r>
      <w:proofErr w:type="spellStart"/>
      <w:r w:rsidRPr="00203EA7">
        <w:rPr>
          <w:lang w:val="es-ES"/>
        </w:rPr>
        <w:t>transmisă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participanților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ultima </w:t>
      </w:r>
      <w:proofErr w:type="spellStart"/>
      <w:r w:rsidRPr="00203EA7">
        <w:rPr>
          <w:lang w:val="es-ES"/>
        </w:rPr>
        <w:t>zi</w:t>
      </w:r>
      <w:proofErr w:type="spellEnd"/>
      <w:r w:rsidRPr="00203EA7">
        <w:rPr>
          <w:lang w:val="es-ES"/>
        </w:rPr>
        <w:t xml:space="preserve"> a </w:t>
      </w:r>
      <w:proofErr w:type="spellStart"/>
      <w:r w:rsidRPr="00203EA7">
        <w:rPr>
          <w:lang w:val="es-ES"/>
        </w:rPr>
        <w:t>fiecărei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luni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după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actualizarea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listei</w:t>
      </w:r>
      <w:proofErr w:type="spellEnd"/>
      <w:r w:rsidRPr="00203EA7">
        <w:rPr>
          <w:lang w:val="es-ES"/>
        </w:rPr>
        <w:t xml:space="preserve"> de </w:t>
      </w:r>
      <w:proofErr w:type="spellStart"/>
      <w:r w:rsidRPr="00203EA7">
        <w:rPr>
          <w:lang w:val="es-ES"/>
        </w:rPr>
        <w:t>înscrieri</w:t>
      </w:r>
      <w:proofErr w:type="spellEnd"/>
      <w:r w:rsidRPr="00203EA7">
        <w:rPr>
          <w:lang w:val="es-ES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0E49E9" w:rsidRPr="00203EA7" w14:paraId="2C0A1CAE" w14:textId="77777777">
        <w:trPr>
          <w:jc w:val="center"/>
        </w:trPr>
        <w:tc>
          <w:tcPr>
            <w:tcW w:w="9972" w:type="dxa"/>
            <w:shd w:val="clear" w:color="auto" w:fill="EAF2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3B619D6" w14:textId="77777777" w:rsidR="000E49E9" w:rsidRPr="00203EA7" w:rsidRDefault="00000000" w:rsidP="00203EA7">
            <w:pPr>
              <w:jc w:val="both"/>
              <w:rPr>
                <w:lang w:val="es-ES"/>
              </w:rPr>
            </w:pPr>
            <w:proofErr w:type="spellStart"/>
            <w:r w:rsidRPr="00203EA7">
              <w:rPr>
                <w:b/>
                <w:sz w:val="21"/>
                <w:lang w:val="es-ES"/>
              </w:rPr>
              <w:t>Subiect</w:t>
            </w:r>
            <w:proofErr w:type="spellEnd"/>
            <w:r w:rsidRPr="00203EA7">
              <w:rPr>
                <w:b/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b/>
                <w:sz w:val="21"/>
                <w:lang w:val="es-ES"/>
              </w:rPr>
              <w:t>obligatoriu</w:t>
            </w:r>
            <w:proofErr w:type="spellEnd"/>
            <w:r w:rsidRPr="00203EA7">
              <w:rPr>
                <w:b/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b/>
                <w:sz w:val="21"/>
                <w:lang w:val="es-ES"/>
              </w:rPr>
              <w:t>pentru</w:t>
            </w:r>
            <w:proofErr w:type="spellEnd"/>
            <w:r w:rsidRPr="00203EA7">
              <w:rPr>
                <w:b/>
                <w:sz w:val="21"/>
                <w:lang w:val="es-ES"/>
              </w:rPr>
              <w:t xml:space="preserve"> e-</w:t>
            </w:r>
            <w:proofErr w:type="spellStart"/>
            <w:r w:rsidRPr="00203EA7">
              <w:rPr>
                <w:b/>
                <w:sz w:val="21"/>
                <w:lang w:val="es-ES"/>
              </w:rPr>
              <w:t>mailul</w:t>
            </w:r>
            <w:proofErr w:type="spellEnd"/>
            <w:r w:rsidRPr="00203EA7">
              <w:rPr>
                <w:b/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b/>
                <w:sz w:val="21"/>
                <w:lang w:val="es-ES"/>
              </w:rPr>
              <w:t>cu</w:t>
            </w:r>
            <w:proofErr w:type="spellEnd"/>
            <w:r w:rsidRPr="00203EA7">
              <w:rPr>
                <w:b/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b/>
                <w:sz w:val="21"/>
                <w:lang w:val="es-ES"/>
              </w:rPr>
              <w:t>materialul</w:t>
            </w:r>
            <w:proofErr w:type="spellEnd"/>
            <w:r w:rsidRPr="00203EA7">
              <w:rPr>
                <w:b/>
                <w:sz w:val="21"/>
                <w:lang w:val="es-ES"/>
              </w:rPr>
              <w:t xml:space="preserve">: </w:t>
            </w:r>
            <w:r w:rsidRPr="00203EA7">
              <w:rPr>
                <w:sz w:val="21"/>
                <w:lang w:val="es-ES"/>
              </w:rPr>
              <w:t xml:space="preserve">„Material – </w:t>
            </w:r>
            <w:proofErr w:type="spellStart"/>
            <w:r w:rsidRPr="00203EA7">
              <w:rPr>
                <w:sz w:val="21"/>
                <w:lang w:val="es-ES"/>
              </w:rPr>
              <w:t>Pachet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Membru</w:t>
            </w:r>
            <w:proofErr w:type="spellEnd"/>
            <w:r w:rsidRPr="00203EA7">
              <w:rPr>
                <w:sz w:val="21"/>
                <w:lang w:val="es-ES"/>
              </w:rPr>
              <w:t xml:space="preserve"> al </w:t>
            </w:r>
            <w:proofErr w:type="spellStart"/>
            <w:r w:rsidRPr="00203EA7">
              <w:rPr>
                <w:sz w:val="21"/>
                <w:lang w:val="es-ES"/>
              </w:rPr>
              <w:t>Comunității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Educație</w:t>
            </w:r>
            <w:proofErr w:type="spellEnd"/>
            <w:r w:rsidRPr="00203EA7">
              <w:rPr>
                <w:sz w:val="21"/>
                <w:lang w:val="es-ES"/>
              </w:rPr>
              <w:t xml:space="preserve"> </w:t>
            </w:r>
            <w:proofErr w:type="spellStart"/>
            <w:r w:rsidRPr="00203EA7">
              <w:rPr>
                <w:sz w:val="21"/>
                <w:lang w:val="es-ES"/>
              </w:rPr>
              <w:t>Deschisă</w:t>
            </w:r>
            <w:proofErr w:type="spellEnd"/>
            <w:r w:rsidRPr="00203EA7">
              <w:rPr>
                <w:sz w:val="21"/>
                <w:lang w:val="es-ES"/>
              </w:rPr>
              <w:t xml:space="preserve"> 2026–2027”</w:t>
            </w:r>
          </w:p>
        </w:tc>
      </w:tr>
    </w:tbl>
    <w:p w14:paraId="1AFB1575" w14:textId="77777777" w:rsidR="000E49E9" w:rsidRPr="00203EA7" w:rsidRDefault="00000000" w:rsidP="00203EA7">
      <w:pPr>
        <w:keepNext/>
        <w:spacing w:before="180" w:after="80"/>
        <w:jc w:val="both"/>
        <w:rPr>
          <w:lang w:val="es-ES"/>
        </w:rPr>
      </w:pPr>
      <w:r w:rsidRPr="00203EA7">
        <w:rPr>
          <w:b/>
          <w:color w:val="1F4E79"/>
          <w:sz w:val="25"/>
          <w:lang w:val="es-ES"/>
        </w:rPr>
        <w:t>4. CONDIȚII DE TEHNOREDACTARE</w:t>
      </w:r>
    </w:p>
    <w:p w14:paraId="2D72DF9B" w14:textId="77777777" w:rsidR="000E49E9" w:rsidRDefault="00000000" w:rsidP="00203EA7">
      <w:pPr>
        <w:spacing w:after="80" w:line="252" w:lineRule="auto"/>
        <w:ind w:left="340" w:hanging="283"/>
        <w:jc w:val="both"/>
      </w:pPr>
      <w:r w:rsidRPr="00203EA7">
        <w:rPr>
          <w:b/>
          <w:lang w:val="es-ES"/>
        </w:rPr>
        <w:t xml:space="preserve">1. </w:t>
      </w:r>
      <w:proofErr w:type="spellStart"/>
      <w:r w:rsidRPr="00203EA7">
        <w:rPr>
          <w:lang w:val="es-ES"/>
        </w:rPr>
        <w:t>Documentul</w:t>
      </w:r>
      <w:proofErr w:type="spellEnd"/>
      <w:r w:rsidRPr="00203EA7">
        <w:rPr>
          <w:lang w:val="es-ES"/>
        </w:rPr>
        <w:t xml:space="preserve"> se transmite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format</w:t>
      </w:r>
      <w:proofErr w:type="spellEnd"/>
      <w:r w:rsidRPr="00203EA7">
        <w:rPr>
          <w:lang w:val="es-ES"/>
        </w:rPr>
        <w:t xml:space="preserve"> Word.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Educaționale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(RED) pot fi transmise și în format PDF sau prin link.</w:t>
      </w:r>
    </w:p>
    <w:p w14:paraId="2AF8F655" w14:textId="77777777" w:rsidR="000E49E9" w:rsidRDefault="00000000" w:rsidP="00203EA7">
      <w:pPr>
        <w:spacing w:after="80" w:line="252" w:lineRule="auto"/>
        <w:ind w:left="340" w:hanging="283"/>
        <w:jc w:val="both"/>
      </w:pPr>
      <w:r>
        <w:rPr>
          <w:b/>
        </w:rPr>
        <w:t xml:space="preserve">2. </w:t>
      </w:r>
      <w:r>
        <w:t>Titlul se scrie pe primul rând, cu majuscule, Times New Roman, 14 pt, aldin.</w:t>
      </w:r>
    </w:p>
    <w:p w14:paraId="2C0ED71F" w14:textId="77777777" w:rsidR="000E49E9" w:rsidRDefault="00000000" w:rsidP="00203EA7">
      <w:pPr>
        <w:spacing w:after="80" w:line="252" w:lineRule="auto"/>
        <w:ind w:left="340" w:hanging="283"/>
        <w:jc w:val="both"/>
      </w:pPr>
      <w:r>
        <w:rPr>
          <w:b/>
        </w:rPr>
        <w:t xml:space="preserve">3. </w:t>
      </w:r>
      <w:r>
        <w:t>Pe rândul următor se scriu autorul și instituția, fără prescurtări, cu majuscule, Times New Roman, 12 pt, aldin.</w:t>
      </w:r>
    </w:p>
    <w:p w14:paraId="505F9B99" w14:textId="77777777" w:rsidR="000E49E9" w:rsidRDefault="00000000" w:rsidP="00203EA7">
      <w:pPr>
        <w:spacing w:after="80" w:line="252" w:lineRule="auto"/>
        <w:ind w:left="340" w:hanging="283"/>
        <w:jc w:val="both"/>
      </w:pPr>
      <w:r>
        <w:rPr>
          <w:b/>
        </w:rPr>
        <w:t xml:space="preserve">4. </w:t>
      </w:r>
      <w:r>
        <w:t>Textul se redactează în Microsoft Word, Times New Roman, 12 pt, spațiere la un rând, margini egale de 25 mm și aliniere justificată.</w:t>
      </w:r>
    </w:p>
    <w:p w14:paraId="7EE12687" w14:textId="77777777" w:rsidR="000E49E9" w:rsidRDefault="00000000" w:rsidP="00203EA7">
      <w:pPr>
        <w:spacing w:after="80" w:line="252" w:lineRule="auto"/>
        <w:ind w:left="340" w:hanging="283"/>
        <w:jc w:val="both"/>
      </w:pPr>
      <w:r>
        <w:rPr>
          <w:b/>
        </w:rPr>
        <w:t xml:space="preserve">5. </w:t>
      </w:r>
      <w:r>
        <w:t>Lucrarea trebuie să conțină semne diacritice și să respecte normele limbii române.</w:t>
      </w:r>
    </w:p>
    <w:p w14:paraId="1E90031B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6. </w:t>
      </w:r>
      <w:proofErr w:type="spellStart"/>
      <w:r w:rsidRPr="00203EA7">
        <w:rPr>
          <w:lang w:val="es-ES"/>
        </w:rPr>
        <w:t>Autorul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asumă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responsabilitatea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originalitatea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conținutul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materialului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transmis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respectarea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drepturilor</w:t>
      </w:r>
      <w:proofErr w:type="spellEnd"/>
      <w:r w:rsidRPr="00203EA7">
        <w:rPr>
          <w:lang w:val="es-ES"/>
        </w:rPr>
        <w:t xml:space="preserve"> de autor.</w:t>
      </w:r>
    </w:p>
    <w:p w14:paraId="15D3D23E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7. </w:t>
      </w:r>
      <w:proofErr w:type="spellStart"/>
      <w:r w:rsidRPr="00203EA7">
        <w:rPr>
          <w:lang w:val="es-ES"/>
        </w:rPr>
        <w:t>Lucrarea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poate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avea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maximum</w:t>
      </w:r>
      <w:proofErr w:type="spellEnd"/>
      <w:r w:rsidRPr="00203EA7">
        <w:rPr>
          <w:lang w:val="es-ES"/>
        </w:rPr>
        <w:t xml:space="preserve"> 3 </w:t>
      </w:r>
      <w:proofErr w:type="spellStart"/>
      <w:r w:rsidRPr="00203EA7">
        <w:rPr>
          <w:lang w:val="es-ES"/>
        </w:rPr>
        <w:t>autori</w:t>
      </w:r>
      <w:proofErr w:type="spellEnd"/>
      <w:r w:rsidRPr="00203EA7">
        <w:rPr>
          <w:lang w:val="es-ES"/>
        </w:rPr>
        <w:t xml:space="preserve">. Se </w:t>
      </w:r>
      <w:proofErr w:type="spellStart"/>
      <w:r w:rsidRPr="00203EA7">
        <w:rPr>
          <w:lang w:val="es-ES"/>
        </w:rPr>
        <w:t>publică</w:t>
      </w:r>
      <w:proofErr w:type="spellEnd"/>
      <w:r w:rsidRPr="00203EA7">
        <w:rPr>
          <w:lang w:val="es-ES"/>
        </w:rPr>
        <w:t xml:space="preserve"> un </w:t>
      </w:r>
      <w:proofErr w:type="spellStart"/>
      <w:r w:rsidRPr="00203EA7">
        <w:rPr>
          <w:lang w:val="es-ES"/>
        </w:rPr>
        <w:t>singur</w:t>
      </w:r>
      <w:proofErr w:type="spellEnd"/>
      <w:r w:rsidRPr="00203EA7">
        <w:rPr>
          <w:lang w:val="es-ES"/>
        </w:rPr>
        <w:t xml:space="preserve"> material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un profesor </w:t>
      </w:r>
      <w:proofErr w:type="spellStart"/>
      <w:r w:rsidRPr="00203EA7">
        <w:rPr>
          <w:lang w:val="es-ES"/>
        </w:rPr>
        <w:t>sau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un </w:t>
      </w:r>
      <w:proofErr w:type="spellStart"/>
      <w:r w:rsidRPr="00203EA7">
        <w:rPr>
          <w:lang w:val="es-ES"/>
        </w:rPr>
        <w:t>grup</w:t>
      </w:r>
      <w:proofErr w:type="spellEnd"/>
      <w:r w:rsidRPr="00203EA7">
        <w:rPr>
          <w:lang w:val="es-ES"/>
        </w:rPr>
        <w:t xml:space="preserve"> de </w:t>
      </w:r>
      <w:proofErr w:type="spellStart"/>
      <w:r w:rsidRPr="00203EA7">
        <w:rPr>
          <w:lang w:val="es-ES"/>
        </w:rPr>
        <w:t>profesori</w:t>
      </w:r>
      <w:proofErr w:type="spellEnd"/>
      <w:r w:rsidRPr="00203EA7">
        <w:rPr>
          <w:lang w:val="es-ES"/>
        </w:rPr>
        <w:t>.</w:t>
      </w:r>
    </w:p>
    <w:p w14:paraId="7A35472C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8. </w:t>
      </w:r>
      <w:proofErr w:type="spellStart"/>
      <w:r w:rsidRPr="00203EA7">
        <w:rPr>
          <w:lang w:val="es-ES"/>
        </w:rPr>
        <w:t>Organizatorii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rezervă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dreptul</w:t>
      </w:r>
      <w:proofErr w:type="spellEnd"/>
      <w:r w:rsidRPr="00203EA7">
        <w:rPr>
          <w:lang w:val="es-ES"/>
        </w:rPr>
        <w:t xml:space="preserve"> de a solicita </w:t>
      </w:r>
      <w:proofErr w:type="spellStart"/>
      <w:r w:rsidRPr="00203EA7">
        <w:rPr>
          <w:lang w:val="es-ES"/>
        </w:rPr>
        <w:t>modificări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sau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completări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de a </w:t>
      </w:r>
      <w:proofErr w:type="spellStart"/>
      <w:r w:rsidRPr="00203EA7">
        <w:rPr>
          <w:lang w:val="es-ES"/>
        </w:rPr>
        <w:t>respinge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materialele</w:t>
      </w:r>
      <w:proofErr w:type="spellEnd"/>
      <w:r w:rsidRPr="00203EA7">
        <w:rPr>
          <w:lang w:val="es-ES"/>
        </w:rPr>
        <w:t xml:space="preserve"> care </w:t>
      </w:r>
      <w:proofErr w:type="spellStart"/>
      <w:r w:rsidRPr="00203EA7">
        <w:rPr>
          <w:lang w:val="es-ES"/>
        </w:rPr>
        <w:t>nu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respectă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cerințele</w:t>
      </w:r>
      <w:proofErr w:type="spellEnd"/>
      <w:r w:rsidRPr="00203EA7">
        <w:rPr>
          <w:lang w:val="es-ES"/>
        </w:rPr>
        <w:t xml:space="preserve"> de redactare ori </w:t>
      </w:r>
      <w:proofErr w:type="spellStart"/>
      <w:r w:rsidRPr="00203EA7">
        <w:rPr>
          <w:lang w:val="es-ES"/>
        </w:rPr>
        <w:t>legislația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privind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drepturile</w:t>
      </w:r>
      <w:proofErr w:type="spellEnd"/>
      <w:r w:rsidRPr="00203EA7">
        <w:rPr>
          <w:lang w:val="es-ES"/>
        </w:rPr>
        <w:t xml:space="preserve"> de autor.</w:t>
      </w:r>
    </w:p>
    <w:p w14:paraId="68F85B18" w14:textId="77777777" w:rsidR="000E49E9" w:rsidRPr="00203EA7" w:rsidRDefault="00000000" w:rsidP="00203EA7">
      <w:pPr>
        <w:spacing w:after="80" w:line="252" w:lineRule="auto"/>
        <w:ind w:left="340" w:hanging="283"/>
        <w:jc w:val="both"/>
        <w:rPr>
          <w:lang w:val="es-ES"/>
        </w:rPr>
      </w:pPr>
      <w:r w:rsidRPr="00203EA7">
        <w:rPr>
          <w:b/>
          <w:lang w:val="es-ES"/>
        </w:rPr>
        <w:t xml:space="preserve">9.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elaborarea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unei</w:t>
      </w:r>
      <w:proofErr w:type="spellEnd"/>
      <w:r w:rsidRPr="00203EA7">
        <w:rPr>
          <w:lang w:val="es-ES"/>
        </w:rPr>
        <w:t xml:space="preserve"> RED </w:t>
      </w:r>
      <w:proofErr w:type="spellStart"/>
      <w:r w:rsidRPr="00203EA7">
        <w:rPr>
          <w:lang w:val="es-ES"/>
        </w:rPr>
        <w:t>poate</w:t>
      </w:r>
      <w:proofErr w:type="spellEnd"/>
      <w:r w:rsidRPr="00203EA7">
        <w:rPr>
          <w:lang w:val="es-ES"/>
        </w:rPr>
        <w:t xml:space="preserve"> fi </w:t>
      </w:r>
      <w:proofErr w:type="spellStart"/>
      <w:r w:rsidRPr="00203EA7">
        <w:rPr>
          <w:lang w:val="es-ES"/>
        </w:rPr>
        <w:t>utilizată</w:t>
      </w:r>
      <w:proofErr w:type="spellEnd"/>
      <w:r w:rsidRPr="00203EA7">
        <w:rPr>
          <w:lang w:val="es-ES"/>
        </w:rPr>
        <w:t xml:space="preserve"> ca </w:t>
      </w:r>
      <w:proofErr w:type="spellStart"/>
      <w:r w:rsidRPr="00203EA7">
        <w:rPr>
          <w:lang w:val="es-ES"/>
        </w:rPr>
        <w:t>model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Fișa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descriptivă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inclusă</w:t>
      </w:r>
      <w:proofErr w:type="spellEnd"/>
      <w:r w:rsidRPr="00203EA7">
        <w:rPr>
          <w:lang w:val="es-ES"/>
        </w:rPr>
        <w:t xml:space="preserve"> la </w:t>
      </w:r>
      <w:proofErr w:type="spellStart"/>
      <w:r w:rsidRPr="00203EA7">
        <w:rPr>
          <w:lang w:val="es-ES"/>
        </w:rPr>
        <w:t>finalul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prezentului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regulament</w:t>
      </w:r>
      <w:proofErr w:type="spellEnd"/>
      <w:r w:rsidRPr="00203EA7">
        <w:rPr>
          <w:lang w:val="es-ES"/>
        </w:rPr>
        <w:t>.</w:t>
      </w:r>
    </w:p>
    <w:p w14:paraId="1ACB8827" w14:textId="77777777" w:rsidR="000E49E9" w:rsidRPr="00203EA7" w:rsidRDefault="00000000" w:rsidP="00203EA7">
      <w:pPr>
        <w:keepNext/>
        <w:spacing w:before="180" w:after="80"/>
        <w:jc w:val="center"/>
        <w:rPr>
          <w:lang w:val="es-ES"/>
        </w:rPr>
      </w:pPr>
      <w:r w:rsidRPr="00203EA7">
        <w:rPr>
          <w:b/>
          <w:color w:val="1F4E79"/>
          <w:sz w:val="25"/>
          <w:lang w:val="es-ES"/>
        </w:rPr>
        <w:lastRenderedPageBreak/>
        <w:t>5. FIȘĂ DESCRIPTIVĂ RED – MODEL</w:t>
      </w:r>
    </w:p>
    <w:p w14:paraId="0D33113E" w14:textId="77777777" w:rsidR="000E49E9" w:rsidRPr="00203EA7" w:rsidRDefault="00000000" w:rsidP="00203EA7">
      <w:pPr>
        <w:jc w:val="both"/>
        <w:rPr>
          <w:lang w:val="es-ES"/>
        </w:rPr>
      </w:pPr>
      <w:proofErr w:type="spellStart"/>
      <w:r w:rsidRPr="00203EA7">
        <w:rPr>
          <w:lang w:val="es-ES"/>
        </w:rPr>
        <w:t>Modelul</w:t>
      </w:r>
      <w:proofErr w:type="spellEnd"/>
      <w:r w:rsidRPr="00203EA7">
        <w:rPr>
          <w:lang w:val="es-ES"/>
        </w:rPr>
        <w:t xml:space="preserve"> de </w:t>
      </w:r>
      <w:proofErr w:type="spellStart"/>
      <w:r w:rsidRPr="00203EA7">
        <w:rPr>
          <w:lang w:val="es-ES"/>
        </w:rPr>
        <w:t>mai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jos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poate</w:t>
      </w:r>
      <w:proofErr w:type="spellEnd"/>
      <w:r w:rsidRPr="00203EA7">
        <w:rPr>
          <w:lang w:val="es-ES"/>
        </w:rPr>
        <w:t xml:space="preserve"> fi </w:t>
      </w:r>
      <w:proofErr w:type="spellStart"/>
      <w:r w:rsidRPr="00203EA7">
        <w:rPr>
          <w:lang w:val="es-ES"/>
        </w:rPr>
        <w:t>utilizat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structurarea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unei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Resurse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Educaționale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Deschise</w:t>
      </w:r>
      <w:proofErr w:type="spellEnd"/>
      <w:r w:rsidRPr="00203EA7">
        <w:rPr>
          <w:lang w:val="es-ES"/>
        </w:rPr>
        <w:t xml:space="preserve">. </w:t>
      </w:r>
      <w:proofErr w:type="spellStart"/>
      <w:r w:rsidRPr="00203EA7">
        <w:rPr>
          <w:lang w:val="es-ES"/>
        </w:rPr>
        <w:t>Câmpurile</w:t>
      </w:r>
      <w:proofErr w:type="spellEnd"/>
      <w:r w:rsidRPr="00203EA7">
        <w:rPr>
          <w:lang w:val="es-ES"/>
        </w:rPr>
        <w:t xml:space="preserve"> orientative </w:t>
      </w:r>
      <w:proofErr w:type="spellStart"/>
      <w:r w:rsidRPr="00203EA7">
        <w:rPr>
          <w:lang w:val="es-ES"/>
        </w:rPr>
        <w:t>pot</w:t>
      </w:r>
      <w:proofErr w:type="spellEnd"/>
      <w:r w:rsidRPr="00203EA7">
        <w:rPr>
          <w:lang w:val="es-ES"/>
        </w:rPr>
        <w:t xml:space="preserve"> fi </w:t>
      </w:r>
      <w:proofErr w:type="spellStart"/>
      <w:r w:rsidRPr="00203EA7">
        <w:rPr>
          <w:lang w:val="es-ES"/>
        </w:rPr>
        <w:t>adaptate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funcție</w:t>
      </w:r>
      <w:proofErr w:type="spellEnd"/>
      <w:r w:rsidRPr="00203EA7">
        <w:rPr>
          <w:lang w:val="es-ES"/>
        </w:rPr>
        <w:t xml:space="preserve"> de </w:t>
      </w:r>
      <w:proofErr w:type="spellStart"/>
      <w:r w:rsidRPr="00203EA7">
        <w:rPr>
          <w:lang w:val="es-ES"/>
        </w:rPr>
        <w:t>tipul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resursei</w:t>
      </w:r>
      <w:proofErr w:type="spellEnd"/>
      <w:r w:rsidRPr="00203EA7">
        <w:rPr>
          <w:lang w:val="es-ES"/>
        </w:rPr>
        <w:t>.</w:t>
      </w:r>
    </w:p>
    <w:p w14:paraId="7B293F87" w14:textId="77777777" w:rsidR="000E49E9" w:rsidRDefault="00000000" w:rsidP="00203EA7">
      <w:pPr>
        <w:keepNext/>
        <w:spacing w:before="100" w:after="40"/>
        <w:jc w:val="both"/>
      </w:pPr>
      <w:r>
        <w:rPr>
          <w:b/>
          <w:color w:val="1F4E79"/>
        </w:rPr>
        <w:t>I. DATE GENERALE</w:t>
      </w:r>
    </w:p>
    <w:p w14:paraId="78770D3C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Titlul resursei educaționale deschise:</w:t>
      </w:r>
    </w:p>
    <w:p w14:paraId="0A43A5EB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Autor:</w:t>
      </w:r>
    </w:p>
    <w:p w14:paraId="6040EA3B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Instituția:</w:t>
      </w:r>
    </w:p>
    <w:p w14:paraId="3566CCAD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Disciplina:</w:t>
      </w:r>
    </w:p>
    <w:p w14:paraId="43C6CA43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Clasa / Nivel:</w:t>
      </w:r>
    </w:p>
    <w:p w14:paraId="3C4A35C5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Tipul resursei: fișă de lucru / lecție / joc didactic / test / prezentare / altul</w:t>
      </w:r>
    </w:p>
    <w:p w14:paraId="05FDA0B6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Format: PDF / Word / Canva / link / video / alt format</w:t>
      </w:r>
    </w:p>
    <w:p w14:paraId="6E0B06EF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Linkul resursei, dacă este o resursă online:</w:t>
      </w:r>
    </w:p>
    <w:p w14:paraId="3815EE18" w14:textId="77777777" w:rsidR="000E49E9" w:rsidRDefault="00000000" w:rsidP="00203EA7">
      <w:pPr>
        <w:keepNext/>
        <w:spacing w:before="100" w:after="40"/>
        <w:jc w:val="both"/>
      </w:pPr>
      <w:r>
        <w:rPr>
          <w:b/>
          <w:color w:val="1F4E79"/>
        </w:rPr>
        <w:t>II. ÎNCADRARE DIDACTICĂ</w:t>
      </w:r>
    </w:p>
    <w:p w14:paraId="3C5BDE85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Competențe specifice vizate:</w:t>
      </w:r>
    </w:p>
    <w:p w14:paraId="2B7458F4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Obiective / rezultate ale învățării:</w:t>
      </w:r>
    </w:p>
    <w:p w14:paraId="29854ACE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Concepte-cheie:</w:t>
      </w:r>
    </w:p>
    <w:p w14:paraId="79938338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Durata estimată:</w:t>
      </w:r>
    </w:p>
    <w:p w14:paraId="2B1DF900" w14:textId="77777777" w:rsidR="000E49E9" w:rsidRPr="00203EA7" w:rsidRDefault="00000000" w:rsidP="00203EA7">
      <w:pPr>
        <w:pStyle w:val="Listaconvietas"/>
        <w:spacing w:after="60" w:line="250" w:lineRule="auto"/>
        <w:jc w:val="both"/>
        <w:rPr>
          <w:lang w:val="es-ES"/>
        </w:rPr>
      </w:pPr>
      <w:r w:rsidRPr="00203EA7">
        <w:rPr>
          <w:lang w:val="es-ES"/>
        </w:rPr>
        <w:t xml:space="preserve">Nivel de </w:t>
      </w:r>
      <w:proofErr w:type="spellStart"/>
      <w:r w:rsidRPr="00203EA7">
        <w:rPr>
          <w:lang w:val="es-ES"/>
        </w:rPr>
        <w:t>dificultate</w:t>
      </w:r>
      <w:proofErr w:type="spellEnd"/>
      <w:r w:rsidRPr="00203EA7">
        <w:rPr>
          <w:lang w:val="es-ES"/>
        </w:rPr>
        <w:t xml:space="preserve">: </w:t>
      </w:r>
      <w:proofErr w:type="spellStart"/>
      <w:r w:rsidRPr="00203EA7">
        <w:rPr>
          <w:lang w:val="es-ES"/>
        </w:rPr>
        <w:t>scăzut</w:t>
      </w:r>
      <w:proofErr w:type="spellEnd"/>
      <w:r w:rsidRPr="00203EA7">
        <w:rPr>
          <w:lang w:val="es-ES"/>
        </w:rPr>
        <w:t xml:space="preserve"> / </w:t>
      </w:r>
      <w:proofErr w:type="spellStart"/>
      <w:r w:rsidRPr="00203EA7">
        <w:rPr>
          <w:lang w:val="es-ES"/>
        </w:rPr>
        <w:t>mediu</w:t>
      </w:r>
      <w:proofErr w:type="spellEnd"/>
      <w:r w:rsidRPr="00203EA7">
        <w:rPr>
          <w:lang w:val="es-ES"/>
        </w:rPr>
        <w:t xml:space="preserve"> / </w:t>
      </w:r>
      <w:proofErr w:type="spellStart"/>
      <w:r w:rsidRPr="00203EA7">
        <w:rPr>
          <w:lang w:val="es-ES"/>
        </w:rPr>
        <w:t>ridicat</w:t>
      </w:r>
      <w:proofErr w:type="spellEnd"/>
    </w:p>
    <w:p w14:paraId="37E64001" w14:textId="77777777" w:rsidR="000E49E9" w:rsidRDefault="00000000" w:rsidP="00203EA7">
      <w:pPr>
        <w:keepNext/>
        <w:spacing w:before="100" w:after="40"/>
        <w:jc w:val="both"/>
      </w:pPr>
      <w:r>
        <w:rPr>
          <w:b/>
          <w:color w:val="1F4E79"/>
        </w:rPr>
        <w:t>III. DESCRIEREA RESURSEI</w:t>
      </w:r>
    </w:p>
    <w:p w14:paraId="17323963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Scurtă descriere:</w:t>
      </w:r>
    </w:p>
    <w:p w14:paraId="7CD04854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Scopul resursei:</w:t>
      </w:r>
    </w:p>
    <w:p w14:paraId="5D73B5A6" w14:textId="77777777" w:rsidR="000E49E9" w:rsidRPr="00203EA7" w:rsidRDefault="00000000" w:rsidP="00203EA7">
      <w:pPr>
        <w:pStyle w:val="Listaconvietas"/>
        <w:spacing w:after="60" w:line="250" w:lineRule="auto"/>
        <w:jc w:val="both"/>
        <w:rPr>
          <w:lang w:val="es-ES"/>
        </w:rPr>
      </w:pPr>
      <w:r w:rsidRPr="00203EA7">
        <w:rPr>
          <w:lang w:val="es-ES"/>
        </w:rPr>
        <w:t xml:space="preserve">Mod de utilizare: la </w:t>
      </w:r>
      <w:proofErr w:type="spellStart"/>
      <w:r w:rsidRPr="00203EA7">
        <w:rPr>
          <w:lang w:val="es-ES"/>
        </w:rPr>
        <w:t>clasă</w:t>
      </w:r>
      <w:proofErr w:type="spellEnd"/>
      <w:r w:rsidRPr="00203EA7">
        <w:rPr>
          <w:lang w:val="es-ES"/>
        </w:rPr>
        <w:t xml:space="preserve"> / individual / online / pe </w:t>
      </w:r>
      <w:proofErr w:type="spellStart"/>
      <w:r w:rsidRPr="00203EA7">
        <w:rPr>
          <w:lang w:val="es-ES"/>
        </w:rPr>
        <w:t>grupe</w:t>
      </w:r>
      <w:proofErr w:type="spellEnd"/>
    </w:p>
    <w:p w14:paraId="3B0C9A51" w14:textId="77777777" w:rsidR="000E49E9" w:rsidRDefault="00000000" w:rsidP="00203EA7">
      <w:pPr>
        <w:pStyle w:val="Listaconvietas"/>
        <w:spacing w:after="60" w:line="250" w:lineRule="auto"/>
        <w:jc w:val="both"/>
      </w:pPr>
      <w:proofErr w:type="spellStart"/>
      <w:r>
        <w:t>Instrucțiuni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:</w:t>
      </w:r>
    </w:p>
    <w:p w14:paraId="6D88D650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Resurse necesare:</w:t>
      </w:r>
    </w:p>
    <w:p w14:paraId="3592A071" w14:textId="77777777" w:rsidR="000E49E9" w:rsidRDefault="00000000" w:rsidP="00203EA7">
      <w:pPr>
        <w:keepNext/>
        <w:spacing w:before="100" w:after="40"/>
        <w:jc w:val="both"/>
      </w:pPr>
      <w:r>
        <w:rPr>
          <w:b/>
          <w:color w:val="1F4E79"/>
        </w:rPr>
        <w:t>IV. ELEMENTE COMPLEMENTARE</w:t>
      </w:r>
    </w:p>
    <w:p w14:paraId="5521DFBF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Elemente agregate / surse utilizate:</w:t>
      </w:r>
    </w:p>
    <w:p w14:paraId="0F919448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Cuvinte-cheie:</w:t>
      </w:r>
    </w:p>
    <w:p w14:paraId="5EF2453A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Interdisciplinaritate:</w:t>
      </w:r>
    </w:p>
    <w:p w14:paraId="0F56AF52" w14:textId="77777777" w:rsidR="000E49E9" w:rsidRDefault="00000000" w:rsidP="00203EA7">
      <w:pPr>
        <w:keepNext/>
        <w:spacing w:before="100" w:after="40"/>
        <w:jc w:val="both"/>
      </w:pPr>
      <w:r>
        <w:rPr>
          <w:b/>
          <w:color w:val="1F4E79"/>
        </w:rPr>
        <w:t>V. LICENȚĂ ȘI DREPTURI</w:t>
      </w:r>
    </w:p>
    <w:p w14:paraId="0B9089D3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© Nume autor, 2027</w:t>
      </w:r>
    </w:p>
    <w:p w14:paraId="43041D7F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Licență recomandată: Creative Commons CC BY-SA 4.0</w:t>
      </w:r>
    </w:p>
    <w:p w14:paraId="0FEC73AC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https://creativecommons.org/licenses/by-sa/4.0/</w:t>
      </w:r>
    </w:p>
    <w:p w14:paraId="7D1E3B7D" w14:textId="77777777" w:rsidR="000E49E9" w:rsidRPr="00203EA7" w:rsidRDefault="00000000" w:rsidP="00203EA7">
      <w:pPr>
        <w:pStyle w:val="Listaconvietas"/>
        <w:spacing w:after="60" w:line="250" w:lineRule="auto"/>
        <w:jc w:val="both"/>
        <w:rPr>
          <w:lang w:val="es-ES"/>
        </w:rPr>
      </w:pPr>
      <w:proofErr w:type="spellStart"/>
      <w:r w:rsidRPr="00203EA7">
        <w:rPr>
          <w:lang w:val="es-ES"/>
        </w:rPr>
        <w:t>Resursă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educațională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deschisă</w:t>
      </w:r>
      <w:proofErr w:type="spellEnd"/>
      <w:r w:rsidRPr="00203EA7">
        <w:rPr>
          <w:lang w:val="es-ES"/>
        </w:rPr>
        <w:t xml:space="preserve"> (RED) – </w:t>
      </w:r>
      <w:proofErr w:type="spellStart"/>
      <w:r w:rsidRPr="00203EA7">
        <w:rPr>
          <w:lang w:val="es-ES"/>
        </w:rPr>
        <w:t>utilizabilă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scop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didactic</w:t>
      </w:r>
      <w:proofErr w:type="spellEnd"/>
      <w:r w:rsidRPr="00203EA7">
        <w:rPr>
          <w:lang w:val="es-ES"/>
        </w:rPr>
        <w:t>.</w:t>
      </w:r>
    </w:p>
    <w:p w14:paraId="0BDD187C" w14:textId="77777777" w:rsidR="000E49E9" w:rsidRDefault="00000000" w:rsidP="00203EA7">
      <w:pPr>
        <w:keepNext/>
        <w:spacing w:before="100" w:after="40"/>
        <w:jc w:val="both"/>
      </w:pPr>
      <w:r>
        <w:rPr>
          <w:b/>
          <w:color w:val="1F4E79"/>
        </w:rPr>
        <w:t>VI. RECOMANDĂRI ȘI OBSERVAȚII</w:t>
      </w:r>
    </w:p>
    <w:p w14:paraId="3C00FA14" w14:textId="77777777" w:rsidR="000E49E9" w:rsidRDefault="00000000" w:rsidP="00203EA7">
      <w:pPr>
        <w:pStyle w:val="Listaconvietas"/>
        <w:spacing w:after="60" w:line="250" w:lineRule="auto"/>
        <w:jc w:val="both"/>
      </w:pPr>
      <w:r>
        <w:t>Sugestii metodice:</w:t>
      </w:r>
    </w:p>
    <w:p w14:paraId="0C86B17A" w14:textId="77777777" w:rsidR="000E49E9" w:rsidRPr="00203EA7" w:rsidRDefault="00000000" w:rsidP="00203EA7">
      <w:pPr>
        <w:pStyle w:val="Listaconvietas"/>
        <w:spacing w:after="60" w:line="250" w:lineRule="auto"/>
        <w:jc w:val="both"/>
        <w:rPr>
          <w:lang w:val="es-ES"/>
        </w:rPr>
      </w:pPr>
      <w:r w:rsidRPr="00203EA7">
        <w:rPr>
          <w:lang w:val="es-ES"/>
        </w:rPr>
        <w:t xml:space="preserve">Adaptare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nevoi</w:t>
      </w:r>
      <w:proofErr w:type="spellEnd"/>
      <w:r w:rsidRPr="00203EA7">
        <w:rPr>
          <w:lang w:val="es-ES"/>
        </w:rPr>
        <w:t xml:space="preserve"> diverse / CES:</w:t>
      </w:r>
    </w:p>
    <w:p w14:paraId="2653517D" w14:textId="77777777" w:rsidR="000E49E9" w:rsidRDefault="00000000" w:rsidP="00203EA7">
      <w:pPr>
        <w:pStyle w:val="Listaconvietas"/>
        <w:spacing w:after="60" w:line="250" w:lineRule="auto"/>
        <w:jc w:val="both"/>
      </w:pPr>
      <w:proofErr w:type="spellStart"/>
      <w:r>
        <w:t>Extensii</w:t>
      </w:r>
      <w:proofErr w:type="spellEnd"/>
      <w:r>
        <w:t xml:space="preserve"> </w:t>
      </w:r>
      <w:proofErr w:type="spellStart"/>
      <w:r>
        <w:t>posibile</w:t>
      </w:r>
      <w:proofErr w:type="spellEnd"/>
      <w:r>
        <w:t>:</w:t>
      </w:r>
    </w:p>
    <w:p w14:paraId="6569FCC7" w14:textId="77777777" w:rsidR="000E49E9" w:rsidRDefault="00000000" w:rsidP="00203EA7">
      <w:pPr>
        <w:pStyle w:val="Listaconvietas"/>
        <w:spacing w:after="60" w:line="250" w:lineRule="auto"/>
        <w:jc w:val="both"/>
      </w:pPr>
      <w:proofErr w:type="spellStart"/>
      <w:r>
        <w:t>Observații</w:t>
      </w:r>
      <w:proofErr w:type="spellEnd"/>
      <w:r>
        <w:t xml:space="preserve"> ale </w:t>
      </w:r>
      <w:proofErr w:type="spellStart"/>
      <w:r>
        <w:t>autorului</w:t>
      </w:r>
      <w:proofErr w:type="spellEnd"/>
      <w:r>
        <w:t>:</w:t>
      </w:r>
    </w:p>
    <w:p w14:paraId="4CFD125C" w14:textId="77777777" w:rsidR="00203EA7" w:rsidRDefault="00203EA7" w:rsidP="00203EA7">
      <w:pPr>
        <w:pStyle w:val="Listaconvietas"/>
        <w:numPr>
          <w:ilvl w:val="0"/>
          <w:numId w:val="0"/>
        </w:numPr>
        <w:spacing w:after="60" w:line="250" w:lineRule="auto"/>
        <w:ind w:left="360" w:hanging="360"/>
        <w:jc w:val="both"/>
      </w:pPr>
    </w:p>
    <w:p w14:paraId="1CBFCE5D" w14:textId="77777777" w:rsidR="00203EA7" w:rsidRDefault="00203EA7" w:rsidP="00203EA7">
      <w:pPr>
        <w:pStyle w:val="Listaconvietas"/>
        <w:numPr>
          <w:ilvl w:val="0"/>
          <w:numId w:val="0"/>
        </w:numPr>
        <w:spacing w:after="60" w:line="250" w:lineRule="auto"/>
        <w:ind w:left="360" w:hanging="360"/>
        <w:jc w:val="both"/>
      </w:pPr>
    </w:p>
    <w:p w14:paraId="47E40E2B" w14:textId="77777777" w:rsidR="00203EA7" w:rsidRDefault="00203EA7" w:rsidP="00203EA7">
      <w:pPr>
        <w:pStyle w:val="Listaconvietas"/>
        <w:numPr>
          <w:ilvl w:val="0"/>
          <w:numId w:val="0"/>
        </w:numPr>
        <w:spacing w:after="60" w:line="250" w:lineRule="auto"/>
        <w:ind w:left="360" w:hanging="360"/>
        <w:jc w:val="both"/>
      </w:pPr>
    </w:p>
    <w:p w14:paraId="0E7FD65F" w14:textId="77777777" w:rsidR="00203EA7" w:rsidRDefault="00203EA7" w:rsidP="00203EA7">
      <w:pPr>
        <w:pStyle w:val="Listaconvietas"/>
        <w:numPr>
          <w:ilvl w:val="0"/>
          <w:numId w:val="0"/>
        </w:numPr>
        <w:spacing w:after="60" w:line="250" w:lineRule="auto"/>
        <w:ind w:left="360" w:hanging="360"/>
        <w:jc w:val="both"/>
      </w:pPr>
    </w:p>
    <w:p w14:paraId="2E134C5D" w14:textId="77777777" w:rsidR="000E49E9" w:rsidRDefault="00000000" w:rsidP="00203EA7">
      <w:pPr>
        <w:keepNext/>
        <w:spacing w:before="180" w:after="80"/>
        <w:jc w:val="both"/>
      </w:pPr>
      <w:r>
        <w:rPr>
          <w:b/>
          <w:color w:val="1F4E79"/>
          <w:sz w:val="25"/>
        </w:rPr>
        <w:lastRenderedPageBreak/>
        <w:t>6. DISPOZIȚII FINALE</w:t>
      </w:r>
    </w:p>
    <w:p w14:paraId="35655F1B" w14:textId="77777777" w:rsidR="000E49E9" w:rsidRPr="00203EA7" w:rsidRDefault="00000000" w:rsidP="00203EA7">
      <w:pPr>
        <w:jc w:val="both"/>
        <w:rPr>
          <w:lang w:val="es-ES"/>
        </w:rPr>
      </w:pPr>
      <w:proofErr w:type="spellStart"/>
      <w:r w:rsidRPr="00203EA7">
        <w:rPr>
          <w:lang w:val="es-ES"/>
        </w:rPr>
        <w:t>Înscrierea</w:t>
      </w:r>
      <w:proofErr w:type="spellEnd"/>
      <w:r w:rsidRPr="00203EA7">
        <w:rPr>
          <w:lang w:val="es-ES"/>
        </w:rPr>
        <w:t xml:space="preserve"> la </w:t>
      </w:r>
      <w:proofErr w:type="spellStart"/>
      <w:r w:rsidRPr="00203EA7">
        <w:rPr>
          <w:lang w:val="es-ES"/>
        </w:rPr>
        <w:t>pachet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presupune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acceptarea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prezentului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regulament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furnizarea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corectă</w:t>
      </w:r>
      <w:proofErr w:type="spellEnd"/>
      <w:r w:rsidRPr="00203EA7">
        <w:rPr>
          <w:lang w:val="es-ES"/>
        </w:rPr>
        <w:t xml:space="preserve"> a </w:t>
      </w:r>
      <w:proofErr w:type="spellStart"/>
      <w:r w:rsidRPr="00203EA7">
        <w:rPr>
          <w:lang w:val="es-ES"/>
        </w:rPr>
        <w:t>datelor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necesare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emiterea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documentelor</w:t>
      </w:r>
      <w:proofErr w:type="spellEnd"/>
      <w:r w:rsidRPr="00203EA7">
        <w:rPr>
          <w:lang w:val="es-ES"/>
        </w:rPr>
        <w:t>.</w:t>
      </w:r>
    </w:p>
    <w:p w14:paraId="0CFE680D" w14:textId="77777777" w:rsidR="000E49E9" w:rsidRPr="00203EA7" w:rsidRDefault="00000000" w:rsidP="00203EA7">
      <w:pPr>
        <w:jc w:val="both"/>
        <w:rPr>
          <w:lang w:val="es-ES"/>
        </w:rPr>
      </w:pPr>
      <w:r w:rsidRPr="00203EA7">
        <w:rPr>
          <w:lang w:val="es-ES"/>
        </w:rPr>
        <w:t xml:space="preserve">Prin </w:t>
      </w:r>
      <w:proofErr w:type="spellStart"/>
      <w:r w:rsidRPr="00203EA7">
        <w:rPr>
          <w:lang w:val="es-ES"/>
        </w:rPr>
        <w:t>transmiterea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materialului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participantul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confirmă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că</w:t>
      </w:r>
      <w:proofErr w:type="spellEnd"/>
      <w:r w:rsidRPr="00203EA7">
        <w:rPr>
          <w:lang w:val="es-ES"/>
        </w:rPr>
        <w:t xml:space="preserve"> este </w:t>
      </w:r>
      <w:proofErr w:type="spellStart"/>
      <w:r w:rsidRPr="00203EA7">
        <w:rPr>
          <w:lang w:val="es-ES"/>
        </w:rPr>
        <w:t>autorul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contribuției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trimise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sau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că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deține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drepturile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necesare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pentru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utilizarea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publicarea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elementelor</w:t>
      </w:r>
      <w:proofErr w:type="spellEnd"/>
      <w:r w:rsidRPr="00203EA7">
        <w:rPr>
          <w:lang w:val="es-ES"/>
        </w:rPr>
        <w:t xml:space="preserve"> incluse </w:t>
      </w:r>
      <w:proofErr w:type="spellStart"/>
      <w:r w:rsidRPr="00203EA7">
        <w:rPr>
          <w:lang w:val="es-ES"/>
        </w:rPr>
        <w:t>în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aceasta</w:t>
      </w:r>
      <w:proofErr w:type="spellEnd"/>
      <w:r w:rsidRPr="00203EA7">
        <w:rPr>
          <w:lang w:val="es-ES"/>
        </w:rPr>
        <w:t>.</w:t>
      </w:r>
    </w:p>
    <w:p w14:paraId="16EA7B04" w14:textId="77777777" w:rsidR="000E49E9" w:rsidRPr="00203EA7" w:rsidRDefault="00000000" w:rsidP="00203EA7">
      <w:pPr>
        <w:jc w:val="both"/>
        <w:rPr>
          <w:lang w:val="es-ES"/>
        </w:rPr>
      </w:pPr>
      <w:proofErr w:type="spellStart"/>
      <w:r w:rsidRPr="00203EA7">
        <w:rPr>
          <w:lang w:val="es-ES"/>
        </w:rPr>
        <w:t>Organizatorul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își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rezervă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dreptul</w:t>
      </w:r>
      <w:proofErr w:type="spellEnd"/>
      <w:r w:rsidRPr="00203EA7">
        <w:rPr>
          <w:lang w:val="es-ES"/>
        </w:rPr>
        <w:t xml:space="preserve"> de a realiza </w:t>
      </w:r>
      <w:proofErr w:type="spellStart"/>
      <w:r w:rsidRPr="00203EA7">
        <w:rPr>
          <w:lang w:val="es-ES"/>
        </w:rPr>
        <w:t>corecturi</w:t>
      </w:r>
      <w:proofErr w:type="spellEnd"/>
      <w:r w:rsidRPr="00203EA7">
        <w:rPr>
          <w:lang w:val="es-ES"/>
        </w:rPr>
        <w:t xml:space="preserve"> minore de </w:t>
      </w:r>
      <w:proofErr w:type="spellStart"/>
      <w:r w:rsidRPr="00203EA7">
        <w:rPr>
          <w:lang w:val="es-ES"/>
        </w:rPr>
        <w:t>tehnoredactare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și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formatare</w:t>
      </w:r>
      <w:proofErr w:type="spellEnd"/>
      <w:r w:rsidRPr="00203EA7">
        <w:rPr>
          <w:lang w:val="es-ES"/>
        </w:rPr>
        <w:t xml:space="preserve">, </w:t>
      </w:r>
      <w:proofErr w:type="spellStart"/>
      <w:r w:rsidRPr="00203EA7">
        <w:rPr>
          <w:lang w:val="es-ES"/>
        </w:rPr>
        <w:t>fără</w:t>
      </w:r>
      <w:proofErr w:type="spellEnd"/>
      <w:r w:rsidRPr="00203EA7">
        <w:rPr>
          <w:lang w:val="es-ES"/>
        </w:rPr>
        <w:t xml:space="preserve"> a modifica </w:t>
      </w:r>
      <w:proofErr w:type="spellStart"/>
      <w:r w:rsidRPr="00203EA7">
        <w:rPr>
          <w:lang w:val="es-ES"/>
        </w:rPr>
        <w:t>fondul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materialului</w:t>
      </w:r>
      <w:proofErr w:type="spellEnd"/>
      <w:r w:rsidRPr="00203EA7">
        <w:rPr>
          <w:lang w:val="es-ES"/>
        </w:rPr>
        <w:t xml:space="preserve"> </w:t>
      </w:r>
      <w:proofErr w:type="spellStart"/>
      <w:r w:rsidRPr="00203EA7">
        <w:rPr>
          <w:lang w:val="es-ES"/>
        </w:rPr>
        <w:t>transmis</w:t>
      </w:r>
      <w:proofErr w:type="spellEnd"/>
      <w:r w:rsidRPr="00203EA7">
        <w:rPr>
          <w:lang w:val="es-ES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0E49E9" w:rsidRPr="00203EA7" w14:paraId="47567538" w14:textId="77777777">
        <w:trPr>
          <w:jc w:val="center"/>
        </w:trPr>
        <w:tc>
          <w:tcPr>
            <w:tcW w:w="9972" w:type="dxa"/>
            <w:shd w:val="clear" w:color="auto" w:fill="EAF2F8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C7DF616" w14:textId="77777777" w:rsidR="000E49E9" w:rsidRPr="00203EA7" w:rsidRDefault="00000000" w:rsidP="00203EA7">
            <w:pPr>
              <w:jc w:val="both"/>
              <w:rPr>
                <w:lang w:val="es-ES"/>
              </w:rPr>
            </w:pPr>
            <w:r w:rsidRPr="00203EA7">
              <w:rPr>
                <w:b/>
                <w:color w:val="1F4E79"/>
                <w:sz w:val="21"/>
                <w:lang w:val="es-ES"/>
              </w:rPr>
              <w:t>CONTACT</w:t>
            </w:r>
            <w:r w:rsidRPr="00203EA7">
              <w:rPr>
                <w:b/>
                <w:color w:val="1F4E79"/>
                <w:sz w:val="21"/>
                <w:lang w:val="es-ES"/>
              </w:rPr>
              <w:br/>
            </w:r>
            <w:r w:rsidRPr="00203EA7">
              <w:rPr>
                <w:sz w:val="20"/>
                <w:lang w:val="es-ES"/>
              </w:rPr>
              <w:t xml:space="preserve">Prof. Ana-Maria </w:t>
            </w:r>
            <w:proofErr w:type="gramStart"/>
            <w:r w:rsidRPr="00203EA7">
              <w:rPr>
                <w:sz w:val="20"/>
                <w:lang w:val="es-ES"/>
              </w:rPr>
              <w:t>Sasu  |</w:t>
            </w:r>
            <w:proofErr w:type="gramEnd"/>
            <w:r w:rsidRPr="00203EA7">
              <w:rPr>
                <w:sz w:val="20"/>
                <w:lang w:val="es-ES"/>
              </w:rPr>
              <w:t xml:space="preserve">  WhatsApp: +34 604 940 </w:t>
            </w:r>
            <w:proofErr w:type="gramStart"/>
            <w:r w:rsidRPr="00203EA7">
              <w:rPr>
                <w:sz w:val="20"/>
                <w:lang w:val="es-ES"/>
              </w:rPr>
              <w:t>448  |</w:t>
            </w:r>
            <w:proofErr w:type="gramEnd"/>
            <w:r w:rsidRPr="00203EA7">
              <w:rPr>
                <w:sz w:val="20"/>
                <w:lang w:val="es-ES"/>
              </w:rPr>
              <w:t xml:space="preserve">  proiect@educatiedeschisa.com</w:t>
            </w:r>
          </w:p>
        </w:tc>
      </w:tr>
    </w:tbl>
    <w:p w14:paraId="5ADBCD45" w14:textId="77777777" w:rsidR="003877EF" w:rsidRPr="00203EA7" w:rsidRDefault="003877EF" w:rsidP="00203EA7">
      <w:pPr>
        <w:jc w:val="both"/>
        <w:rPr>
          <w:lang w:val="es-ES"/>
        </w:rPr>
      </w:pPr>
    </w:p>
    <w:sectPr w:rsidR="003877EF" w:rsidRPr="00203EA7">
      <w:headerReference w:type="default" r:id="rId8"/>
      <w:footerReference w:type="default" r:id="rId9"/>
      <w:pgSz w:w="12240" w:h="15840"/>
      <w:pgMar w:top="992" w:right="1134" w:bottom="964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A9BF5" w14:textId="77777777" w:rsidR="003877EF" w:rsidRDefault="003877EF">
      <w:pPr>
        <w:spacing w:after="0" w:line="240" w:lineRule="auto"/>
      </w:pPr>
      <w:r>
        <w:separator/>
      </w:r>
    </w:p>
  </w:endnote>
  <w:endnote w:type="continuationSeparator" w:id="0">
    <w:p w14:paraId="2005AF69" w14:textId="77777777" w:rsidR="003877EF" w:rsidRDefault="00387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AB6F" w14:textId="77777777" w:rsidR="000E49E9" w:rsidRDefault="00000000">
    <w:pPr>
      <w:pStyle w:val="Piedepgina"/>
      <w:tabs>
        <w:tab w:val="left" w:pos="8787"/>
      </w:tabs>
    </w:pPr>
    <w:r>
      <w:rPr>
        <w:color w:val="595959"/>
        <w:sz w:val="17"/>
      </w:rPr>
      <w:t>www.educatiedeschisa.com   |   proiect@educatiedeschisa.com</w:t>
    </w:r>
    <w:r>
      <w:rPr>
        <w:color w:val="595959"/>
        <w:sz w:val="17"/>
      </w:rPr>
      <w:tab/>
    </w:r>
    <w:proofErr w:type="spellStart"/>
    <w:r>
      <w:rPr>
        <w:color w:val="595959"/>
        <w:sz w:val="17"/>
      </w:rPr>
      <w:t>Pagina</w:t>
    </w:r>
    <w:proofErr w:type="spellEnd"/>
    <w:r>
      <w:rPr>
        <w:color w:val="595959"/>
        <w:sz w:val="17"/>
      </w:rPr>
      <w:t xml:space="preserve"> </w:t>
    </w:r>
    <w:r>
      <w:rPr>
        <w:color w:val="595959"/>
        <w:sz w:val="17"/>
      </w:rPr>
      <w:fldChar w:fldCharType="begin"/>
    </w:r>
    <w:r>
      <w:rPr>
        <w:color w:val="595959"/>
        <w:sz w:val="17"/>
      </w:rPr>
      <w:instrText xml:space="preserve"> PAGE </w:instrText>
    </w:r>
    <w:r w:rsidR="00203EA7">
      <w:rPr>
        <w:color w:val="595959"/>
        <w:sz w:val="17"/>
      </w:rPr>
      <w:fldChar w:fldCharType="separate"/>
    </w:r>
    <w:r w:rsidR="00203EA7">
      <w:rPr>
        <w:noProof/>
        <w:color w:val="595959"/>
        <w:sz w:val="17"/>
      </w:rPr>
      <w:t>1</w:t>
    </w:r>
    <w:r>
      <w:rPr>
        <w:color w:val="595959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3E6FA" w14:textId="77777777" w:rsidR="003877EF" w:rsidRDefault="003877EF">
      <w:pPr>
        <w:spacing w:after="0" w:line="240" w:lineRule="auto"/>
      </w:pPr>
      <w:r>
        <w:separator/>
      </w:r>
    </w:p>
  </w:footnote>
  <w:footnote w:type="continuationSeparator" w:id="0">
    <w:p w14:paraId="643214D3" w14:textId="77777777" w:rsidR="003877EF" w:rsidRDefault="00387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2C98B" w14:textId="77777777" w:rsidR="000E49E9" w:rsidRPr="00203EA7" w:rsidRDefault="00000000">
    <w:pPr>
      <w:pStyle w:val="Encabezado"/>
      <w:pBdr>
        <w:bottom w:val="single" w:sz="6" w:space="1" w:color="B7C9E2"/>
      </w:pBdr>
      <w:jc w:val="center"/>
      <w:rPr>
        <w:lang w:val="es-ES"/>
      </w:rPr>
    </w:pPr>
    <w:r w:rsidRPr="00203EA7">
      <w:rPr>
        <w:b/>
        <w:color w:val="595959"/>
        <w:sz w:val="17"/>
        <w:lang w:val="es-ES"/>
      </w:rPr>
      <w:t>CENTRO DE EDUCACIÓN ABIERTA  •  COMUNITATEA EDUCAȚIE DESCHISĂ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9977891">
    <w:abstractNumId w:val="8"/>
  </w:num>
  <w:num w:numId="2" w16cid:durableId="1069613672">
    <w:abstractNumId w:val="6"/>
  </w:num>
  <w:num w:numId="3" w16cid:durableId="1778015515">
    <w:abstractNumId w:val="5"/>
  </w:num>
  <w:num w:numId="4" w16cid:durableId="1778020585">
    <w:abstractNumId w:val="4"/>
  </w:num>
  <w:num w:numId="5" w16cid:durableId="832381776">
    <w:abstractNumId w:val="7"/>
  </w:num>
  <w:num w:numId="6" w16cid:durableId="1533614616">
    <w:abstractNumId w:val="3"/>
  </w:num>
  <w:num w:numId="7" w16cid:durableId="1733499263">
    <w:abstractNumId w:val="2"/>
  </w:num>
  <w:num w:numId="8" w16cid:durableId="556208617">
    <w:abstractNumId w:val="1"/>
  </w:num>
  <w:num w:numId="9" w16cid:durableId="21312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49E9"/>
    <w:rsid w:val="0015074B"/>
    <w:rsid w:val="00203EA7"/>
    <w:rsid w:val="0029639D"/>
    <w:rsid w:val="00326F90"/>
    <w:rsid w:val="003877EF"/>
    <w:rsid w:val="008B79C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3A3C6"/>
  <w14:defaultImageDpi w14:val="300"/>
  <w15:docId w15:val="{D5F6B2E8-684B-4BD7-B73D-59DB0292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1385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Pachet Membru al Comunității Educație Deschisă 2026–2027</dc:title>
  <dc:subject>Pachet documente profesionale – Educație Deschisă</dc:subject>
  <dc:creator>ana maria sasu</dc:creator>
  <cp:keywords/>
  <dc:description>generated by python-docx</dc:description>
  <cp:lastModifiedBy>ana maria sasu</cp:lastModifiedBy>
  <cp:revision>3</cp:revision>
  <cp:lastPrinted>2026-09-11T22:02:00Z</cp:lastPrinted>
  <dcterms:created xsi:type="dcterms:W3CDTF">2013-12-23T23:15:00Z</dcterms:created>
  <dcterms:modified xsi:type="dcterms:W3CDTF">2026-09-11T22:02:00Z</dcterms:modified>
  <cp:category/>
</cp:coreProperties>
</file>